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7D124" w14:textId="72637F8E" w:rsidR="006605D9" w:rsidRDefault="006605D9" w:rsidP="00273A60">
      <w:pPr>
        <w:spacing w:after="80"/>
        <w:jc w:val="center"/>
        <w:rPr>
          <w:b/>
          <w:color w:val="1A2E4A"/>
          <w:sz w:val="40"/>
        </w:rPr>
      </w:pPr>
      <w:r>
        <w:rPr>
          <w:b/>
          <w:noProof/>
          <w:color w:val="1A2E4A"/>
          <w:sz w:val="40"/>
        </w:rPr>
        <w:drawing>
          <wp:anchor distT="0" distB="0" distL="114300" distR="114300" simplePos="0" relativeHeight="251658240" behindDoc="1" locked="0" layoutInCell="1" allowOverlap="1" wp14:anchorId="2F440EC6" wp14:editId="2A1EF86E">
            <wp:simplePos x="0" y="0"/>
            <wp:positionH relativeFrom="margin">
              <wp:posOffset>4547235</wp:posOffset>
            </wp:positionH>
            <wp:positionV relativeFrom="paragraph">
              <wp:posOffset>-884555</wp:posOffset>
            </wp:positionV>
            <wp:extent cx="1950720" cy="1950720"/>
            <wp:effectExtent l="0" t="0" r="0" b="0"/>
            <wp:wrapNone/>
            <wp:docPr id="14233163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316308" name="Picture 1423316308"/>
                    <pic:cNvPicPr/>
                  </pic:nvPicPr>
                  <pic:blipFill>
                    <a:blip r:embed="rId11"/>
                    <a:stretch>
                      <a:fillRect/>
                    </a:stretch>
                  </pic:blipFill>
                  <pic:spPr>
                    <a:xfrm>
                      <a:off x="0" y="0"/>
                      <a:ext cx="1950720" cy="1950720"/>
                    </a:xfrm>
                    <a:prstGeom prst="rect">
                      <a:avLst/>
                    </a:prstGeom>
                  </pic:spPr>
                </pic:pic>
              </a:graphicData>
            </a:graphic>
            <wp14:sizeRelH relativeFrom="margin">
              <wp14:pctWidth>0</wp14:pctWidth>
            </wp14:sizeRelH>
            <wp14:sizeRelV relativeFrom="margin">
              <wp14:pctHeight>0</wp14:pctHeight>
            </wp14:sizeRelV>
          </wp:anchor>
        </w:drawing>
      </w:r>
    </w:p>
    <w:p w14:paraId="7962C714" w14:textId="20E4537C" w:rsidR="006605D9" w:rsidRDefault="006605D9" w:rsidP="00273A60">
      <w:pPr>
        <w:spacing w:after="80"/>
        <w:jc w:val="center"/>
        <w:rPr>
          <w:b/>
          <w:color w:val="1A2E4A"/>
          <w:sz w:val="40"/>
        </w:rPr>
      </w:pPr>
    </w:p>
    <w:p w14:paraId="0443BC26" w14:textId="33169816" w:rsidR="00C67133" w:rsidRDefault="00CA2580" w:rsidP="00273A60">
      <w:pPr>
        <w:spacing w:after="80"/>
        <w:jc w:val="center"/>
      </w:pPr>
      <w:r>
        <w:rPr>
          <w:b/>
          <w:color w:val="1A2E4A"/>
          <w:sz w:val="40"/>
        </w:rPr>
        <w:t>DATA PROTECTION COMPLAINT FORM</w:t>
      </w:r>
    </w:p>
    <w:p w14:paraId="4811A538" w14:textId="5BCA560D" w:rsidR="00C67133" w:rsidRDefault="00C67133">
      <w:pPr>
        <w:spacing w:after="120"/>
      </w:pPr>
    </w:p>
    <w:p w14:paraId="67FC4309" w14:textId="0EAAD9B5" w:rsidR="00C67133" w:rsidRDefault="00CA2580">
      <w:pPr>
        <w:spacing w:before="80" w:after="120"/>
      </w:pPr>
      <w:r>
        <w:rPr>
          <w:b/>
          <w:color w:val="1A2E4A"/>
          <w:sz w:val="21"/>
        </w:rPr>
        <w:t>Organisation name:</w:t>
      </w:r>
      <w:r w:rsidR="006605D9">
        <w:rPr>
          <w:b/>
          <w:color w:val="1A2E4A"/>
          <w:sz w:val="21"/>
        </w:rPr>
        <w:t xml:space="preserve"> Rainbow Trees Pathway</w:t>
      </w:r>
      <w:r>
        <w:rPr>
          <w:color w:val="4A4A4A"/>
          <w:sz w:val="21"/>
        </w:rPr>
        <w:t xml:space="preserve"> takes the protection of personal data seriously. If you believe we have not handled your personal data correctly, please complete this form so we can investigate and respond. We will acknowledge your complaint within 30 days of receipt.</w:t>
      </w:r>
    </w:p>
    <w:tbl>
      <w:tblPr>
        <w:tblW w:w="0" w:type="auto"/>
        <w:tblLook w:val="04A0" w:firstRow="1" w:lastRow="0" w:firstColumn="1" w:lastColumn="0" w:noHBand="0" w:noVBand="1"/>
      </w:tblPr>
      <w:tblGrid>
        <w:gridCol w:w="9066"/>
      </w:tblGrid>
      <w:tr w:rsidR="00C67133" w14:paraId="6F9FE8CD" w14:textId="77777777">
        <w:tc>
          <w:tcPr>
            <w:tcW w:w="9066" w:type="dxa"/>
            <w:shd w:val="clear" w:color="auto" w:fill="1A2E4A"/>
          </w:tcPr>
          <w:p w14:paraId="53A4AD79" w14:textId="165666F8" w:rsidR="00C67133" w:rsidRDefault="00CA2580">
            <w:pPr>
              <w:spacing w:before="80" w:after="80"/>
              <w:ind w:left="170"/>
            </w:pPr>
            <w:r>
              <w:rPr>
                <w:b/>
                <w:color w:val="D48B06"/>
              </w:rPr>
              <w:t xml:space="preserve">SECTION 1  |  </w:t>
            </w:r>
            <w:r>
              <w:rPr>
                <w:b/>
                <w:color w:val="FFFFFF"/>
              </w:rPr>
              <w:t>YOUR DETAILS</w:t>
            </w:r>
          </w:p>
        </w:tc>
      </w:tr>
    </w:tbl>
    <w:p w14:paraId="64B2E540" w14:textId="393BDDC9" w:rsidR="00C67133" w:rsidRDefault="00C67133">
      <w:pPr>
        <w:spacing w:after="40"/>
      </w:pPr>
    </w:p>
    <w:tbl>
      <w:tblPr>
        <w:tblW w:w="0" w:type="auto"/>
        <w:tblLook w:val="04A0" w:firstRow="1" w:lastRow="0" w:firstColumn="1" w:lastColumn="0" w:noHBand="0" w:noVBand="1"/>
      </w:tblPr>
      <w:tblGrid>
        <w:gridCol w:w="2165"/>
        <w:gridCol w:w="4133"/>
      </w:tblGrid>
      <w:tr w:rsidR="00C67133" w14:paraId="07F626A9" w14:textId="77777777">
        <w:tc>
          <w:tcPr>
            <w:tcW w:w="2165" w:type="dxa"/>
            <w:vAlign w:val="center"/>
          </w:tcPr>
          <w:p w14:paraId="3E11ADEE" w14:textId="77777777" w:rsidR="00C67133" w:rsidRDefault="00CA2580">
            <w:pPr>
              <w:spacing w:after="40"/>
            </w:pPr>
            <w:r>
              <w:rPr>
                <w:b/>
                <w:color w:val="1A2E4A"/>
                <w:sz w:val="20"/>
              </w:rPr>
              <w:t>Full Name:</w:t>
            </w:r>
          </w:p>
        </w:tc>
        <w:tc>
          <w:tcPr>
            <w:tcW w:w="4133" w:type="dxa"/>
            <w:tcBorders>
              <w:top w:val="single" w:sz="6" w:space="0" w:color="1A2E4A"/>
              <w:left w:val="single" w:sz="6" w:space="0" w:color="1A2E4A"/>
              <w:bottom w:val="single" w:sz="6" w:space="0" w:color="1A2E4A"/>
              <w:right w:val="single" w:sz="6" w:space="0" w:color="1A2E4A"/>
            </w:tcBorders>
          </w:tcPr>
          <w:p w14:paraId="474A4998" w14:textId="77777777" w:rsidR="00C67133" w:rsidRDefault="00C67133">
            <w:pPr>
              <w:spacing w:after="40"/>
            </w:pPr>
          </w:p>
        </w:tc>
      </w:tr>
    </w:tbl>
    <w:p w14:paraId="0935DE17" w14:textId="02B65C71" w:rsidR="00C67133" w:rsidRDefault="00C67133">
      <w:pPr>
        <w:spacing w:after="60"/>
      </w:pPr>
    </w:p>
    <w:tbl>
      <w:tblPr>
        <w:tblW w:w="0" w:type="auto"/>
        <w:tblLook w:val="04A0" w:firstRow="1" w:lastRow="0" w:firstColumn="1" w:lastColumn="0" w:noHBand="0" w:noVBand="1"/>
      </w:tblPr>
      <w:tblGrid>
        <w:gridCol w:w="2165"/>
        <w:gridCol w:w="4133"/>
      </w:tblGrid>
      <w:tr w:rsidR="00C67133" w14:paraId="043CD0D2" w14:textId="77777777">
        <w:tc>
          <w:tcPr>
            <w:tcW w:w="2165" w:type="dxa"/>
            <w:vAlign w:val="center"/>
          </w:tcPr>
          <w:p w14:paraId="7295D0C6" w14:textId="77777777" w:rsidR="00C67133" w:rsidRDefault="00CA2580">
            <w:pPr>
              <w:spacing w:after="40"/>
            </w:pPr>
            <w:r>
              <w:rPr>
                <w:b/>
                <w:color w:val="1A2E4A"/>
                <w:sz w:val="20"/>
              </w:rPr>
              <w:t>Address (if relevant):</w:t>
            </w:r>
          </w:p>
        </w:tc>
        <w:tc>
          <w:tcPr>
            <w:tcW w:w="4133" w:type="dxa"/>
            <w:tcBorders>
              <w:top w:val="single" w:sz="6" w:space="0" w:color="1A2E4A"/>
              <w:left w:val="single" w:sz="6" w:space="0" w:color="1A2E4A"/>
              <w:bottom w:val="single" w:sz="6" w:space="0" w:color="1A2E4A"/>
              <w:right w:val="single" w:sz="6" w:space="0" w:color="1A2E4A"/>
            </w:tcBorders>
          </w:tcPr>
          <w:p w14:paraId="78773383" w14:textId="77777777" w:rsidR="00C67133" w:rsidRDefault="00C67133">
            <w:pPr>
              <w:spacing w:after="40"/>
            </w:pPr>
          </w:p>
          <w:p w14:paraId="100024E6" w14:textId="77777777" w:rsidR="00C67133" w:rsidRDefault="00C67133"/>
          <w:p w14:paraId="70944C37" w14:textId="77777777" w:rsidR="00C67133" w:rsidRDefault="00C67133"/>
        </w:tc>
      </w:tr>
    </w:tbl>
    <w:p w14:paraId="2C23BF10" w14:textId="77777777" w:rsidR="00C67133" w:rsidRDefault="00C67133">
      <w:pPr>
        <w:spacing w:after="60"/>
      </w:pPr>
    </w:p>
    <w:tbl>
      <w:tblPr>
        <w:tblW w:w="0" w:type="auto"/>
        <w:tblLook w:val="04A0" w:firstRow="1" w:lastRow="0" w:firstColumn="1" w:lastColumn="0" w:noHBand="0" w:noVBand="1"/>
      </w:tblPr>
      <w:tblGrid>
        <w:gridCol w:w="2165"/>
        <w:gridCol w:w="4133"/>
      </w:tblGrid>
      <w:tr w:rsidR="00C67133" w14:paraId="213ACF6D" w14:textId="77777777">
        <w:tc>
          <w:tcPr>
            <w:tcW w:w="2165" w:type="dxa"/>
            <w:vAlign w:val="center"/>
          </w:tcPr>
          <w:p w14:paraId="72659A2F" w14:textId="77777777" w:rsidR="00C67133" w:rsidRDefault="00CA2580">
            <w:pPr>
              <w:spacing w:after="40"/>
            </w:pPr>
            <w:r>
              <w:rPr>
                <w:b/>
                <w:color w:val="1A2E4A"/>
                <w:sz w:val="20"/>
              </w:rPr>
              <w:t>Email Address:</w:t>
            </w:r>
          </w:p>
        </w:tc>
        <w:tc>
          <w:tcPr>
            <w:tcW w:w="4133" w:type="dxa"/>
            <w:tcBorders>
              <w:top w:val="single" w:sz="6" w:space="0" w:color="1A2E4A"/>
              <w:left w:val="single" w:sz="6" w:space="0" w:color="1A2E4A"/>
              <w:bottom w:val="single" w:sz="6" w:space="0" w:color="1A2E4A"/>
              <w:right w:val="single" w:sz="6" w:space="0" w:color="1A2E4A"/>
            </w:tcBorders>
          </w:tcPr>
          <w:p w14:paraId="3ED8E0F4" w14:textId="77777777" w:rsidR="00C67133" w:rsidRDefault="00C67133">
            <w:pPr>
              <w:spacing w:after="40"/>
            </w:pPr>
          </w:p>
        </w:tc>
      </w:tr>
    </w:tbl>
    <w:p w14:paraId="683459D1" w14:textId="315047B1" w:rsidR="00C67133" w:rsidRDefault="006605D9" w:rsidP="006605D9">
      <w:pPr>
        <w:tabs>
          <w:tab w:val="left" w:pos="2544"/>
        </w:tabs>
        <w:spacing w:after="60"/>
      </w:pPr>
      <w:r>
        <w:tab/>
      </w:r>
    </w:p>
    <w:tbl>
      <w:tblPr>
        <w:tblW w:w="0" w:type="auto"/>
        <w:tblLook w:val="04A0" w:firstRow="1" w:lastRow="0" w:firstColumn="1" w:lastColumn="0" w:noHBand="0" w:noVBand="1"/>
      </w:tblPr>
      <w:tblGrid>
        <w:gridCol w:w="2165"/>
        <w:gridCol w:w="4133"/>
      </w:tblGrid>
      <w:tr w:rsidR="00C67133" w14:paraId="3322A078" w14:textId="77777777">
        <w:tc>
          <w:tcPr>
            <w:tcW w:w="2165" w:type="dxa"/>
            <w:vAlign w:val="center"/>
          </w:tcPr>
          <w:p w14:paraId="3B66A33B" w14:textId="77777777" w:rsidR="00C67133" w:rsidRDefault="00CA2580">
            <w:pPr>
              <w:spacing w:after="40"/>
            </w:pPr>
            <w:r>
              <w:rPr>
                <w:b/>
                <w:color w:val="1A2E4A"/>
                <w:sz w:val="20"/>
              </w:rPr>
              <w:t>Telephone Number:</w:t>
            </w:r>
          </w:p>
        </w:tc>
        <w:tc>
          <w:tcPr>
            <w:tcW w:w="4133" w:type="dxa"/>
            <w:tcBorders>
              <w:top w:val="single" w:sz="6" w:space="0" w:color="1A2E4A"/>
              <w:left w:val="single" w:sz="6" w:space="0" w:color="1A2E4A"/>
              <w:bottom w:val="single" w:sz="6" w:space="0" w:color="1A2E4A"/>
              <w:right w:val="single" w:sz="6" w:space="0" w:color="1A2E4A"/>
            </w:tcBorders>
          </w:tcPr>
          <w:p w14:paraId="6B90F562" w14:textId="77777777" w:rsidR="00C67133" w:rsidRDefault="00C67133">
            <w:pPr>
              <w:spacing w:after="40"/>
            </w:pPr>
          </w:p>
        </w:tc>
      </w:tr>
    </w:tbl>
    <w:p w14:paraId="5272FCC6" w14:textId="77777777" w:rsidR="00C67133" w:rsidRDefault="00C67133">
      <w:pPr>
        <w:spacing w:after="60"/>
      </w:pPr>
    </w:p>
    <w:tbl>
      <w:tblPr>
        <w:tblW w:w="0" w:type="auto"/>
        <w:tblLook w:val="04A0" w:firstRow="1" w:lastRow="0" w:firstColumn="1" w:lastColumn="0" w:noHBand="0" w:noVBand="1"/>
      </w:tblPr>
      <w:tblGrid>
        <w:gridCol w:w="2165"/>
        <w:gridCol w:w="4133"/>
      </w:tblGrid>
      <w:tr w:rsidR="00C67133" w14:paraId="03DE72A5" w14:textId="77777777">
        <w:tc>
          <w:tcPr>
            <w:tcW w:w="2165" w:type="dxa"/>
            <w:vAlign w:val="center"/>
          </w:tcPr>
          <w:p w14:paraId="20582853" w14:textId="77777777" w:rsidR="00C67133" w:rsidRDefault="00CA2580">
            <w:pPr>
              <w:spacing w:after="40"/>
            </w:pPr>
            <w:r>
              <w:rPr>
                <w:b/>
                <w:color w:val="1A2E4A"/>
                <w:sz w:val="20"/>
              </w:rPr>
              <w:t>Preferred Method of Contact:</w:t>
            </w:r>
          </w:p>
        </w:tc>
        <w:tc>
          <w:tcPr>
            <w:tcW w:w="4133" w:type="dxa"/>
            <w:tcBorders>
              <w:top w:val="single" w:sz="6" w:space="0" w:color="1A2E4A"/>
              <w:left w:val="single" w:sz="6" w:space="0" w:color="1A2E4A"/>
              <w:bottom w:val="single" w:sz="6" w:space="0" w:color="1A2E4A"/>
              <w:right w:val="single" w:sz="6" w:space="0" w:color="1A2E4A"/>
            </w:tcBorders>
          </w:tcPr>
          <w:p w14:paraId="710FBD4F" w14:textId="77777777" w:rsidR="00C67133" w:rsidRDefault="00CA2580">
            <w:pPr>
              <w:spacing w:after="40"/>
            </w:pPr>
            <w:r>
              <w:rPr>
                <w:i/>
                <w:color w:val="B4B4B4"/>
                <w:sz w:val="18"/>
              </w:rPr>
              <w:t>e.g. email / telephone</w:t>
            </w:r>
          </w:p>
        </w:tc>
      </w:tr>
    </w:tbl>
    <w:p w14:paraId="07E0C9A2" w14:textId="77777777" w:rsidR="00C67133" w:rsidRDefault="00C67133">
      <w:pPr>
        <w:spacing w:after="60"/>
      </w:pPr>
    </w:p>
    <w:tbl>
      <w:tblPr>
        <w:tblW w:w="0" w:type="auto"/>
        <w:tblLook w:val="04A0" w:firstRow="1" w:lastRow="0" w:firstColumn="1" w:lastColumn="0" w:noHBand="0" w:noVBand="1"/>
      </w:tblPr>
      <w:tblGrid>
        <w:gridCol w:w="9066"/>
      </w:tblGrid>
      <w:tr w:rsidR="00C67133" w14:paraId="11A09302" w14:textId="77777777">
        <w:tc>
          <w:tcPr>
            <w:tcW w:w="9066" w:type="dxa"/>
            <w:shd w:val="clear" w:color="auto" w:fill="1A2E4A"/>
          </w:tcPr>
          <w:p w14:paraId="55A40D57" w14:textId="77777777" w:rsidR="00C67133" w:rsidRDefault="00CA2580">
            <w:pPr>
              <w:spacing w:before="80" w:after="80"/>
              <w:ind w:left="170"/>
            </w:pPr>
            <w:r>
              <w:rPr>
                <w:b/>
                <w:color w:val="D48B06"/>
              </w:rPr>
              <w:t xml:space="preserve">SECTION 2  |  </w:t>
            </w:r>
            <w:r>
              <w:rPr>
                <w:b/>
                <w:color w:val="FFFFFF"/>
              </w:rPr>
              <w:t>YOUR RELATIONSHIP WITH US</w:t>
            </w:r>
          </w:p>
        </w:tc>
      </w:tr>
    </w:tbl>
    <w:p w14:paraId="58346361" w14:textId="77777777" w:rsidR="00C67133" w:rsidRDefault="00C67133">
      <w:pPr>
        <w:spacing w:after="40"/>
      </w:pPr>
    </w:p>
    <w:p w14:paraId="6CD56E28" w14:textId="77777777" w:rsidR="00C67133" w:rsidRDefault="00CA2580">
      <w:pPr>
        <w:spacing w:before="40" w:after="80"/>
      </w:pPr>
      <w:r>
        <w:rPr>
          <w:i/>
          <w:color w:val="4A4A4A"/>
          <w:sz w:val="20"/>
        </w:rPr>
        <w:t>Please tick the option that best describes your relationship with us:</w:t>
      </w:r>
    </w:p>
    <w:tbl>
      <w:tblPr>
        <w:tblW w:w="0" w:type="auto"/>
        <w:tblLook w:val="04A0" w:firstRow="1" w:lastRow="0" w:firstColumn="1" w:lastColumn="0" w:noHBand="0" w:noVBand="1"/>
      </w:tblPr>
      <w:tblGrid>
        <w:gridCol w:w="4533"/>
        <w:gridCol w:w="4533"/>
      </w:tblGrid>
      <w:tr w:rsidR="00C67133" w14:paraId="471D5413" w14:textId="77777777">
        <w:tc>
          <w:tcPr>
            <w:tcW w:w="4533" w:type="dxa"/>
          </w:tcPr>
          <w:p w14:paraId="52EFE047" w14:textId="3E759BB3" w:rsidR="00C67133" w:rsidRDefault="00CA2580">
            <w:pPr>
              <w:spacing w:after="60"/>
            </w:pPr>
            <w:r>
              <w:rPr>
                <w:rFonts w:ascii="Segoe UI Symbol" w:hAnsi="Segoe UI Symbol"/>
                <w:color w:val="D48B06"/>
              </w:rPr>
              <w:t xml:space="preserve">  </w:t>
            </w:r>
            <w:r>
              <w:rPr>
                <w:color w:val="4A4A4A"/>
                <w:sz w:val="20"/>
              </w:rPr>
              <w:t>Employee</w:t>
            </w:r>
          </w:p>
        </w:tc>
        <w:tc>
          <w:tcPr>
            <w:tcW w:w="4533" w:type="dxa"/>
          </w:tcPr>
          <w:p w14:paraId="577BE56C" w14:textId="7BBB5CF5" w:rsidR="00C67133" w:rsidRDefault="00CA2580">
            <w:pPr>
              <w:spacing w:after="60"/>
            </w:pPr>
            <w:sdt>
              <w:sdtPr>
                <w:rPr>
                  <w:rFonts w:ascii="Segoe UI Symbol" w:hAnsi="Segoe UI Symbol"/>
                  <w:color w:val="D48B06"/>
                </w:rPr>
                <w:id w:val="-514770675"/>
                <w14:checkbox>
                  <w14:checked w14:val="0"/>
                  <w14:checkedState w14:val="2612" w14:font="MS Gothic"/>
                  <w14:uncheckedState w14:val="2610" w14:font="MS Gothic"/>
                </w14:checkbox>
              </w:sdtPr>
              <w:sdtEndPr/>
              <w:sdtContent>
                <w:r w:rsidR="006605D9">
                  <w:rPr>
                    <w:rFonts w:ascii="MS Gothic" w:eastAsia="MS Gothic" w:hAnsi="MS Gothic" w:hint="eastAsia"/>
                    <w:color w:val="D48B06"/>
                  </w:rPr>
                  <w:t>☐</w:t>
                </w:r>
              </w:sdtContent>
            </w:sdt>
            <w:r w:rsidR="006605D9">
              <w:rPr>
                <w:rFonts w:ascii="Segoe UI Symbol" w:hAnsi="Segoe UI Symbol"/>
                <w:color w:val="D48B06"/>
              </w:rPr>
              <w:t xml:space="preserve">  </w:t>
            </w:r>
            <w:r w:rsidR="006605D9">
              <w:rPr>
                <w:color w:val="4A4A4A"/>
                <w:sz w:val="20"/>
              </w:rPr>
              <w:t>Former employee</w:t>
            </w:r>
          </w:p>
        </w:tc>
      </w:tr>
      <w:tr w:rsidR="00C67133" w14:paraId="4937EC55" w14:textId="77777777">
        <w:tc>
          <w:tcPr>
            <w:tcW w:w="4533" w:type="dxa"/>
          </w:tcPr>
          <w:p w14:paraId="4B2F2FB3" w14:textId="0E3588E6" w:rsidR="00C67133" w:rsidRDefault="00CA2580">
            <w:pPr>
              <w:spacing w:after="60"/>
            </w:pPr>
            <w:sdt>
              <w:sdtPr>
                <w:rPr>
                  <w:rFonts w:ascii="Segoe UI Symbol" w:hAnsi="Segoe UI Symbol"/>
                  <w:color w:val="D48B06"/>
                </w:rPr>
                <w:id w:val="-416939468"/>
                <w14:checkbox>
                  <w14:checked w14:val="0"/>
                  <w14:checkedState w14:val="2612" w14:font="MS Gothic"/>
                  <w14:uncheckedState w14:val="2610" w14:font="MS Gothic"/>
                </w14:checkbox>
              </w:sdtPr>
              <w:sdtEndPr/>
              <w:sdtContent>
                <w:r w:rsidR="006605D9">
                  <w:rPr>
                    <w:rFonts w:ascii="MS Gothic" w:eastAsia="MS Gothic" w:hAnsi="MS Gothic" w:hint="eastAsia"/>
                    <w:color w:val="D48B06"/>
                  </w:rPr>
                  <w:t>☐</w:t>
                </w:r>
              </w:sdtContent>
            </w:sdt>
            <w:r w:rsidR="006605D9">
              <w:rPr>
                <w:rFonts w:ascii="Segoe UI Symbol" w:hAnsi="Segoe UI Symbol"/>
                <w:color w:val="D48B06"/>
              </w:rPr>
              <w:t xml:space="preserve">  </w:t>
            </w:r>
            <w:r w:rsidR="006605D9">
              <w:rPr>
                <w:color w:val="4A4A4A"/>
                <w:sz w:val="20"/>
              </w:rPr>
              <w:t>Job applicant</w:t>
            </w:r>
          </w:p>
        </w:tc>
        <w:tc>
          <w:tcPr>
            <w:tcW w:w="4533" w:type="dxa"/>
          </w:tcPr>
          <w:p w14:paraId="6C45B4D9" w14:textId="3F038A2E" w:rsidR="00C67133" w:rsidRDefault="00CA2580">
            <w:pPr>
              <w:spacing w:after="60"/>
            </w:pPr>
            <w:sdt>
              <w:sdtPr>
                <w:rPr>
                  <w:rFonts w:ascii="Segoe UI Symbol" w:hAnsi="Segoe UI Symbol"/>
                  <w:color w:val="D48B06"/>
                </w:rPr>
                <w:id w:val="2027364202"/>
                <w14:checkbox>
                  <w14:checked w14:val="0"/>
                  <w14:checkedState w14:val="2612" w14:font="MS Gothic"/>
                  <w14:uncheckedState w14:val="2610" w14:font="MS Gothic"/>
                </w14:checkbox>
              </w:sdtPr>
              <w:sdtEndPr/>
              <w:sdtContent>
                <w:r w:rsidR="006605D9">
                  <w:rPr>
                    <w:rFonts w:ascii="MS Gothic" w:eastAsia="MS Gothic" w:hAnsi="MS Gothic" w:hint="eastAsia"/>
                    <w:color w:val="D48B06"/>
                  </w:rPr>
                  <w:t>☐</w:t>
                </w:r>
              </w:sdtContent>
            </w:sdt>
            <w:r w:rsidR="006605D9">
              <w:rPr>
                <w:rFonts w:ascii="Segoe UI Symbol" w:hAnsi="Segoe UI Symbol"/>
                <w:color w:val="D48B06"/>
              </w:rPr>
              <w:t xml:space="preserve">  </w:t>
            </w:r>
            <w:r w:rsidR="006605D9">
              <w:rPr>
                <w:color w:val="4A4A4A"/>
                <w:sz w:val="20"/>
              </w:rPr>
              <w:t>Customer / Client</w:t>
            </w:r>
          </w:p>
        </w:tc>
      </w:tr>
      <w:tr w:rsidR="00C67133" w14:paraId="70230396" w14:textId="77777777">
        <w:tc>
          <w:tcPr>
            <w:tcW w:w="4533" w:type="dxa"/>
          </w:tcPr>
          <w:p w14:paraId="01724A55" w14:textId="4AE00793" w:rsidR="00C67133" w:rsidRDefault="00CA2580">
            <w:pPr>
              <w:spacing w:after="60"/>
            </w:pPr>
            <w:sdt>
              <w:sdtPr>
                <w:rPr>
                  <w:rFonts w:ascii="Segoe UI Symbol" w:hAnsi="Segoe UI Symbol"/>
                  <w:color w:val="D48B06"/>
                </w:rPr>
                <w:id w:val="-1834669648"/>
                <w14:checkbox>
                  <w14:checked w14:val="0"/>
                  <w14:checkedState w14:val="2612" w14:font="MS Gothic"/>
                  <w14:uncheckedState w14:val="2610" w14:font="MS Gothic"/>
                </w14:checkbox>
              </w:sdtPr>
              <w:sdtEndPr/>
              <w:sdtContent>
                <w:r w:rsidR="006605D9">
                  <w:rPr>
                    <w:rFonts w:ascii="MS Gothic" w:eastAsia="MS Gothic" w:hAnsi="MS Gothic" w:hint="eastAsia"/>
                    <w:color w:val="D48B06"/>
                  </w:rPr>
                  <w:t>☐</w:t>
                </w:r>
              </w:sdtContent>
            </w:sdt>
            <w:r w:rsidR="006605D9">
              <w:rPr>
                <w:rFonts w:ascii="Segoe UI Symbol" w:hAnsi="Segoe UI Symbol"/>
                <w:color w:val="D48B06"/>
              </w:rPr>
              <w:t xml:space="preserve"> </w:t>
            </w:r>
            <w:r w:rsidR="006605D9">
              <w:rPr>
                <w:color w:val="4A4A4A"/>
                <w:sz w:val="20"/>
              </w:rPr>
              <w:t>Supplier</w:t>
            </w:r>
          </w:p>
        </w:tc>
        <w:tc>
          <w:tcPr>
            <w:tcW w:w="4533" w:type="dxa"/>
          </w:tcPr>
          <w:p w14:paraId="189A3D01" w14:textId="1A8C3402" w:rsidR="00C67133" w:rsidRDefault="00CA2580">
            <w:pPr>
              <w:spacing w:after="60"/>
            </w:pPr>
            <w:sdt>
              <w:sdtPr>
                <w:rPr>
                  <w:rFonts w:ascii="Segoe UI Symbol" w:hAnsi="Segoe UI Symbol"/>
                  <w:color w:val="D48B06"/>
                </w:rPr>
                <w:id w:val="391470597"/>
                <w14:checkbox>
                  <w14:checked w14:val="0"/>
                  <w14:checkedState w14:val="2612" w14:font="MS Gothic"/>
                  <w14:uncheckedState w14:val="2610" w14:font="MS Gothic"/>
                </w14:checkbox>
              </w:sdtPr>
              <w:sdtEndPr/>
              <w:sdtContent>
                <w:r w:rsidR="006605D9">
                  <w:rPr>
                    <w:rFonts w:ascii="MS Gothic" w:eastAsia="MS Gothic" w:hAnsi="MS Gothic" w:hint="eastAsia"/>
                    <w:color w:val="D48B06"/>
                  </w:rPr>
                  <w:t>☐</w:t>
                </w:r>
              </w:sdtContent>
            </w:sdt>
            <w:r w:rsidR="006605D9">
              <w:rPr>
                <w:rFonts w:ascii="Segoe UI Symbol" w:hAnsi="Segoe UI Symbol"/>
                <w:color w:val="D48B06"/>
              </w:rPr>
              <w:t xml:space="preserve">  </w:t>
            </w:r>
            <w:r w:rsidR="006605D9">
              <w:rPr>
                <w:color w:val="4A4A4A"/>
                <w:sz w:val="20"/>
              </w:rPr>
              <w:t>Contractor</w:t>
            </w:r>
          </w:p>
        </w:tc>
      </w:tr>
      <w:tr w:rsidR="00C67133" w14:paraId="0C7E51FC" w14:textId="77777777">
        <w:tc>
          <w:tcPr>
            <w:tcW w:w="4533" w:type="dxa"/>
          </w:tcPr>
          <w:p w14:paraId="0A4D8DFD" w14:textId="0B0B1598" w:rsidR="00C67133" w:rsidRDefault="00CA2580">
            <w:pPr>
              <w:spacing w:after="60"/>
            </w:pPr>
            <w:sdt>
              <w:sdtPr>
                <w:rPr>
                  <w:rFonts w:ascii="Segoe UI Symbol" w:hAnsi="Segoe UI Symbol"/>
                  <w:color w:val="D48B06"/>
                </w:rPr>
                <w:id w:val="-2113668102"/>
                <w14:checkbox>
                  <w14:checked w14:val="0"/>
                  <w14:checkedState w14:val="2612" w14:font="MS Gothic"/>
                  <w14:uncheckedState w14:val="2610" w14:font="MS Gothic"/>
                </w14:checkbox>
              </w:sdtPr>
              <w:sdtEndPr/>
              <w:sdtContent>
                <w:r w:rsidR="006605D9">
                  <w:rPr>
                    <w:rFonts w:ascii="MS Gothic" w:eastAsia="MS Gothic" w:hAnsi="MS Gothic" w:hint="eastAsia"/>
                    <w:color w:val="D48B06"/>
                  </w:rPr>
                  <w:t>☐</w:t>
                </w:r>
              </w:sdtContent>
            </w:sdt>
            <w:r w:rsidR="006605D9">
              <w:rPr>
                <w:rFonts w:ascii="Segoe UI Symbol" w:hAnsi="Segoe UI Symbol"/>
                <w:color w:val="D48B06"/>
              </w:rPr>
              <w:t xml:space="preserve">  </w:t>
            </w:r>
            <w:r w:rsidR="006605D9">
              <w:rPr>
                <w:color w:val="4A4A4A"/>
                <w:sz w:val="20"/>
              </w:rPr>
              <w:t>Visitor</w:t>
            </w:r>
          </w:p>
        </w:tc>
        <w:tc>
          <w:tcPr>
            <w:tcW w:w="4533" w:type="dxa"/>
          </w:tcPr>
          <w:p w14:paraId="5C4CE1C6" w14:textId="3BC9869D" w:rsidR="00C67133" w:rsidRDefault="00CA2580">
            <w:pPr>
              <w:spacing w:after="60"/>
            </w:pPr>
            <w:sdt>
              <w:sdtPr>
                <w:rPr>
                  <w:rFonts w:ascii="Segoe UI Symbol" w:hAnsi="Segoe UI Symbol"/>
                  <w:color w:val="D48B06"/>
                </w:rPr>
                <w:id w:val="-2071345336"/>
                <w14:checkbox>
                  <w14:checked w14:val="0"/>
                  <w14:checkedState w14:val="2612" w14:font="MS Gothic"/>
                  <w14:uncheckedState w14:val="2610" w14:font="MS Gothic"/>
                </w14:checkbox>
              </w:sdtPr>
              <w:sdtEndPr/>
              <w:sdtContent>
                <w:r w:rsidR="006605D9">
                  <w:rPr>
                    <w:rFonts w:ascii="MS Gothic" w:eastAsia="MS Gothic" w:hAnsi="MS Gothic" w:hint="eastAsia"/>
                    <w:color w:val="D48B06"/>
                  </w:rPr>
                  <w:t>☐</w:t>
                </w:r>
              </w:sdtContent>
            </w:sdt>
            <w:r w:rsidR="006605D9">
              <w:rPr>
                <w:rFonts w:ascii="Segoe UI Symbol" w:hAnsi="Segoe UI Symbol"/>
                <w:color w:val="D48B06"/>
              </w:rPr>
              <w:t xml:space="preserve"> </w:t>
            </w:r>
            <w:r w:rsidR="006605D9">
              <w:rPr>
                <w:color w:val="4A4A4A"/>
                <w:sz w:val="20"/>
              </w:rPr>
              <w:t>Other (please specify below)</w:t>
            </w:r>
          </w:p>
        </w:tc>
      </w:tr>
    </w:tbl>
    <w:p w14:paraId="651BD6FC" w14:textId="77777777" w:rsidR="00C67133" w:rsidRDefault="00C67133">
      <w:pPr>
        <w:spacing w:after="80"/>
      </w:pPr>
    </w:p>
    <w:tbl>
      <w:tblPr>
        <w:tblW w:w="0" w:type="auto"/>
        <w:tblLook w:val="04A0" w:firstRow="1" w:lastRow="0" w:firstColumn="1" w:lastColumn="0" w:noHBand="0" w:noVBand="1"/>
      </w:tblPr>
      <w:tblGrid>
        <w:gridCol w:w="2165"/>
        <w:gridCol w:w="4133"/>
      </w:tblGrid>
      <w:tr w:rsidR="00C67133" w14:paraId="14F0DC84" w14:textId="77777777">
        <w:tc>
          <w:tcPr>
            <w:tcW w:w="2165" w:type="dxa"/>
            <w:vAlign w:val="center"/>
          </w:tcPr>
          <w:p w14:paraId="7813625A" w14:textId="77777777" w:rsidR="00C67133" w:rsidRDefault="00CA2580">
            <w:pPr>
              <w:spacing w:after="40"/>
            </w:pPr>
            <w:r>
              <w:rPr>
                <w:b/>
                <w:color w:val="1A2E4A"/>
                <w:sz w:val="20"/>
              </w:rPr>
              <w:t>If 'Other', please specify:</w:t>
            </w:r>
          </w:p>
        </w:tc>
        <w:tc>
          <w:tcPr>
            <w:tcW w:w="4133" w:type="dxa"/>
            <w:tcBorders>
              <w:top w:val="single" w:sz="6" w:space="0" w:color="1A2E4A"/>
              <w:left w:val="single" w:sz="6" w:space="0" w:color="1A2E4A"/>
              <w:bottom w:val="single" w:sz="6" w:space="0" w:color="1A2E4A"/>
              <w:right w:val="single" w:sz="6" w:space="0" w:color="1A2E4A"/>
            </w:tcBorders>
          </w:tcPr>
          <w:p w14:paraId="1AB10A9D" w14:textId="77777777" w:rsidR="00C67133" w:rsidRDefault="00C67133">
            <w:pPr>
              <w:spacing w:after="40"/>
            </w:pPr>
          </w:p>
        </w:tc>
      </w:tr>
    </w:tbl>
    <w:p w14:paraId="77485F42" w14:textId="77777777" w:rsidR="00C67133" w:rsidRDefault="00C67133">
      <w:pPr>
        <w:spacing w:after="60"/>
      </w:pPr>
    </w:p>
    <w:tbl>
      <w:tblPr>
        <w:tblW w:w="0" w:type="auto"/>
        <w:tblLook w:val="04A0" w:firstRow="1" w:lastRow="0" w:firstColumn="1" w:lastColumn="0" w:noHBand="0" w:noVBand="1"/>
      </w:tblPr>
      <w:tblGrid>
        <w:gridCol w:w="9066"/>
      </w:tblGrid>
      <w:tr w:rsidR="00C67133" w14:paraId="4F20E23C" w14:textId="77777777">
        <w:tc>
          <w:tcPr>
            <w:tcW w:w="9066" w:type="dxa"/>
            <w:shd w:val="clear" w:color="auto" w:fill="1A2E4A"/>
          </w:tcPr>
          <w:p w14:paraId="2E7B66BB" w14:textId="77777777" w:rsidR="00C67133" w:rsidRDefault="00CA2580">
            <w:pPr>
              <w:spacing w:before="80" w:after="80"/>
              <w:ind w:left="170"/>
            </w:pPr>
            <w:r>
              <w:rPr>
                <w:b/>
                <w:color w:val="D48B06"/>
              </w:rPr>
              <w:lastRenderedPageBreak/>
              <w:t xml:space="preserve">SECTION 3  |  </w:t>
            </w:r>
            <w:r>
              <w:rPr>
                <w:b/>
                <w:color w:val="FFFFFF"/>
              </w:rPr>
              <w:t>WHAT IS YOUR COMPLAINT ABOUT?</w:t>
            </w:r>
          </w:p>
        </w:tc>
      </w:tr>
    </w:tbl>
    <w:p w14:paraId="3B93EA85" w14:textId="77777777" w:rsidR="00C67133" w:rsidRDefault="00C67133">
      <w:pPr>
        <w:spacing w:after="40"/>
      </w:pPr>
    </w:p>
    <w:p w14:paraId="3498B82C" w14:textId="77777777" w:rsidR="00C67133" w:rsidRDefault="00CA2580">
      <w:pPr>
        <w:spacing w:before="40" w:after="80"/>
      </w:pPr>
      <w:r>
        <w:rPr>
          <w:i/>
          <w:color w:val="4A4A4A"/>
          <w:sz w:val="20"/>
        </w:rPr>
        <w:t>Please tick all that apply:</w:t>
      </w:r>
    </w:p>
    <w:tbl>
      <w:tblPr>
        <w:tblW w:w="0" w:type="auto"/>
        <w:tblLook w:val="04A0" w:firstRow="1" w:lastRow="0" w:firstColumn="1" w:lastColumn="0" w:noHBand="0" w:noVBand="1"/>
      </w:tblPr>
      <w:tblGrid>
        <w:gridCol w:w="4533"/>
        <w:gridCol w:w="4533"/>
      </w:tblGrid>
      <w:tr w:rsidR="00C67133" w14:paraId="22853DB8" w14:textId="77777777">
        <w:tc>
          <w:tcPr>
            <w:tcW w:w="4533" w:type="dxa"/>
          </w:tcPr>
          <w:p w14:paraId="61DE513D" w14:textId="6B1EE3C4" w:rsidR="00C67133" w:rsidRDefault="00CA2580">
            <w:pPr>
              <w:spacing w:after="60"/>
            </w:pPr>
            <w:sdt>
              <w:sdtPr>
                <w:rPr>
                  <w:rFonts w:ascii="Segoe UI Symbol" w:hAnsi="Segoe UI Symbol"/>
                  <w:color w:val="D48B06"/>
                </w:rPr>
                <w:id w:val="473486799"/>
                <w14:checkbox>
                  <w14:checked w14:val="0"/>
                  <w14:checkedState w14:val="2612" w14:font="MS Gothic"/>
                  <w14:uncheckedState w14:val="2610" w14:font="MS Gothic"/>
                </w14:checkbox>
              </w:sdtPr>
              <w:sdtEndPr/>
              <w:sdtContent>
                <w:r w:rsidR="006605D9">
                  <w:rPr>
                    <w:rFonts w:ascii="MS Gothic" w:eastAsia="MS Gothic" w:hAnsi="MS Gothic" w:hint="eastAsia"/>
                    <w:color w:val="D48B06"/>
                  </w:rPr>
                  <w:t>☐</w:t>
                </w:r>
              </w:sdtContent>
            </w:sdt>
            <w:r w:rsidR="006605D9">
              <w:rPr>
                <w:rFonts w:ascii="Segoe UI Symbol" w:hAnsi="Segoe UI Symbol"/>
                <w:color w:val="D48B06"/>
              </w:rPr>
              <w:t xml:space="preserve">  </w:t>
            </w:r>
            <w:r w:rsidR="006605D9">
              <w:rPr>
                <w:color w:val="4A4A4A"/>
                <w:sz w:val="20"/>
              </w:rPr>
              <w:t>My personal data is inaccurate</w:t>
            </w:r>
          </w:p>
        </w:tc>
        <w:tc>
          <w:tcPr>
            <w:tcW w:w="4533" w:type="dxa"/>
          </w:tcPr>
          <w:p w14:paraId="28DF8886" w14:textId="123B711E" w:rsidR="00C67133" w:rsidRDefault="00CA2580">
            <w:pPr>
              <w:spacing w:after="60"/>
            </w:pPr>
            <w:sdt>
              <w:sdtPr>
                <w:rPr>
                  <w:rFonts w:ascii="Segoe UI Symbol" w:hAnsi="Segoe UI Symbol"/>
                  <w:color w:val="D48B06"/>
                </w:rPr>
                <w:id w:val="2145852080"/>
                <w14:checkbox>
                  <w14:checked w14:val="0"/>
                  <w14:checkedState w14:val="2612" w14:font="MS Gothic"/>
                  <w14:uncheckedState w14:val="2610" w14:font="MS Gothic"/>
                </w14:checkbox>
              </w:sdtPr>
              <w:sdtEndPr/>
              <w:sdtContent>
                <w:r w:rsidR="006605D9">
                  <w:rPr>
                    <w:rFonts w:ascii="MS Gothic" w:eastAsia="MS Gothic" w:hAnsi="MS Gothic" w:hint="eastAsia"/>
                    <w:color w:val="D48B06"/>
                  </w:rPr>
                  <w:t>☐</w:t>
                </w:r>
              </w:sdtContent>
            </w:sdt>
            <w:r w:rsidR="006605D9">
              <w:rPr>
                <w:rFonts w:ascii="Segoe UI Symbol" w:hAnsi="Segoe UI Symbol"/>
                <w:color w:val="D48B06"/>
              </w:rPr>
              <w:t xml:space="preserve">  </w:t>
            </w:r>
            <w:r w:rsidR="006605D9">
              <w:rPr>
                <w:color w:val="4A4A4A"/>
                <w:sz w:val="20"/>
              </w:rPr>
              <w:t>I have not received a response to my rights request</w:t>
            </w:r>
          </w:p>
        </w:tc>
      </w:tr>
      <w:tr w:rsidR="00C67133" w14:paraId="7653213B" w14:textId="77777777">
        <w:tc>
          <w:tcPr>
            <w:tcW w:w="4533" w:type="dxa"/>
          </w:tcPr>
          <w:p w14:paraId="6C9D88CB" w14:textId="01A087C8" w:rsidR="00C67133" w:rsidRDefault="00CA2580">
            <w:pPr>
              <w:spacing w:after="60"/>
            </w:pPr>
            <w:sdt>
              <w:sdtPr>
                <w:rPr>
                  <w:rFonts w:ascii="Segoe UI Symbol" w:hAnsi="Segoe UI Symbol"/>
                  <w:color w:val="D48B06"/>
                </w:rPr>
                <w:id w:val="117581498"/>
                <w14:checkbox>
                  <w14:checked w14:val="0"/>
                  <w14:checkedState w14:val="2612" w14:font="MS Gothic"/>
                  <w14:uncheckedState w14:val="2610" w14:font="MS Gothic"/>
                </w14:checkbox>
              </w:sdtPr>
              <w:sdtEndPr/>
              <w:sdtContent>
                <w:r w:rsidR="006605D9">
                  <w:rPr>
                    <w:rFonts w:ascii="MS Gothic" w:eastAsia="MS Gothic" w:hAnsi="MS Gothic" w:hint="eastAsia"/>
                    <w:color w:val="D48B06"/>
                  </w:rPr>
                  <w:t>☐</w:t>
                </w:r>
              </w:sdtContent>
            </w:sdt>
            <w:r w:rsidR="006605D9">
              <w:rPr>
                <w:rFonts w:ascii="Segoe UI Symbol" w:hAnsi="Segoe UI Symbol"/>
                <w:color w:val="D48B06"/>
              </w:rPr>
              <w:t xml:space="preserve">  </w:t>
            </w:r>
            <w:r w:rsidR="006605D9">
              <w:rPr>
                <w:color w:val="4A4A4A"/>
                <w:sz w:val="20"/>
              </w:rPr>
              <w:t>My personal data has been shared without my permission</w:t>
            </w:r>
          </w:p>
        </w:tc>
        <w:tc>
          <w:tcPr>
            <w:tcW w:w="4533" w:type="dxa"/>
          </w:tcPr>
          <w:p w14:paraId="7295C27D" w14:textId="54154D06" w:rsidR="00C67133" w:rsidRDefault="00CA2580">
            <w:pPr>
              <w:spacing w:after="60"/>
            </w:pPr>
            <w:sdt>
              <w:sdtPr>
                <w:rPr>
                  <w:rFonts w:ascii="Segoe UI Symbol" w:hAnsi="Segoe UI Symbol"/>
                  <w:color w:val="D48B06"/>
                </w:rPr>
                <w:id w:val="2107832594"/>
                <w14:checkbox>
                  <w14:checked w14:val="0"/>
                  <w14:checkedState w14:val="2612" w14:font="MS Gothic"/>
                  <w14:uncheckedState w14:val="2610" w14:font="MS Gothic"/>
                </w14:checkbox>
              </w:sdtPr>
              <w:sdtEndPr/>
              <w:sdtContent>
                <w:r w:rsidR="006605D9">
                  <w:rPr>
                    <w:rFonts w:ascii="MS Gothic" w:eastAsia="MS Gothic" w:hAnsi="MS Gothic" w:hint="eastAsia"/>
                    <w:color w:val="D48B06"/>
                  </w:rPr>
                  <w:t>☐</w:t>
                </w:r>
              </w:sdtContent>
            </w:sdt>
            <w:r w:rsidR="006605D9">
              <w:rPr>
                <w:rFonts w:ascii="Segoe UI Symbol" w:hAnsi="Segoe UI Symbol"/>
                <w:color w:val="D48B06"/>
              </w:rPr>
              <w:t xml:space="preserve">  </w:t>
            </w:r>
            <w:r w:rsidR="006605D9">
              <w:rPr>
                <w:color w:val="4A4A4A"/>
                <w:sz w:val="20"/>
              </w:rPr>
              <w:t>I believe my personal data has been used unlawfully</w:t>
            </w:r>
          </w:p>
        </w:tc>
      </w:tr>
      <w:tr w:rsidR="00C67133" w14:paraId="214B025A" w14:textId="77777777">
        <w:tc>
          <w:tcPr>
            <w:tcW w:w="4533" w:type="dxa"/>
          </w:tcPr>
          <w:p w14:paraId="6E2EBCF5" w14:textId="77777777" w:rsidR="00C67133" w:rsidRDefault="00CA2580">
            <w:pPr>
              <w:spacing w:after="60"/>
            </w:pPr>
            <w:r>
              <w:rPr>
                <w:rFonts w:ascii="Segoe UI Symbol" w:hAnsi="Segoe UI Symbol"/>
                <w:color w:val="D48B06"/>
              </w:rPr>
              <w:t>☐</w:t>
            </w:r>
            <w:r>
              <w:rPr>
                <w:rFonts w:ascii="Segoe UI Symbol" w:hAnsi="Segoe UI Symbol"/>
                <w:color w:val="D48B06"/>
              </w:rPr>
              <w:t xml:space="preserve">  </w:t>
            </w:r>
            <w:r>
              <w:rPr>
                <w:color w:val="4A4A4A"/>
                <w:sz w:val="20"/>
              </w:rPr>
              <w:t>I have concerns about how my personal data is being stored</w:t>
            </w:r>
          </w:p>
        </w:tc>
        <w:tc>
          <w:tcPr>
            <w:tcW w:w="4533" w:type="dxa"/>
          </w:tcPr>
          <w:p w14:paraId="1213EBD5" w14:textId="3B27DE27" w:rsidR="00C67133" w:rsidRDefault="00CA2580">
            <w:pPr>
              <w:spacing w:after="60"/>
            </w:pPr>
            <w:sdt>
              <w:sdtPr>
                <w:rPr>
                  <w:rFonts w:ascii="Segoe UI Symbol" w:hAnsi="Segoe UI Symbol"/>
                  <w:color w:val="D48B06"/>
                </w:rPr>
                <w:id w:val="-580903502"/>
                <w14:checkbox>
                  <w14:checked w14:val="0"/>
                  <w14:checkedState w14:val="2612" w14:font="MS Gothic"/>
                  <w14:uncheckedState w14:val="2610" w14:font="MS Gothic"/>
                </w14:checkbox>
              </w:sdtPr>
              <w:sdtEndPr/>
              <w:sdtContent>
                <w:r w:rsidR="006605D9">
                  <w:rPr>
                    <w:rFonts w:ascii="MS Gothic" w:eastAsia="MS Gothic" w:hAnsi="MS Gothic" w:hint="eastAsia"/>
                    <w:color w:val="D48B06"/>
                  </w:rPr>
                  <w:t>☐</w:t>
                </w:r>
              </w:sdtContent>
            </w:sdt>
            <w:r w:rsidR="006605D9">
              <w:rPr>
                <w:rFonts w:ascii="Segoe UI Symbol" w:hAnsi="Segoe UI Symbol"/>
                <w:color w:val="D48B06"/>
              </w:rPr>
              <w:t xml:space="preserve">  </w:t>
            </w:r>
            <w:r w:rsidR="006605D9">
              <w:rPr>
                <w:color w:val="4A4A4A"/>
                <w:sz w:val="20"/>
              </w:rPr>
              <w:t>I have received someone else's personal data</w:t>
            </w:r>
          </w:p>
        </w:tc>
      </w:tr>
      <w:tr w:rsidR="00C67133" w14:paraId="585B150B" w14:textId="77777777">
        <w:tc>
          <w:tcPr>
            <w:tcW w:w="4533" w:type="dxa"/>
          </w:tcPr>
          <w:p w14:paraId="55A60478" w14:textId="69E9BE18" w:rsidR="00C67133" w:rsidRDefault="00CA2580">
            <w:pPr>
              <w:spacing w:after="60"/>
            </w:pPr>
            <w:sdt>
              <w:sdtPr>
                <w:rPr>
                  <w:rFonts w:ascii="Segoe UI Symbol" w:hAnsi="Segoe UI Symbol"/>
                  <w:color w:val="D48B06"/>
                </w:rPr>
                <w:id w:val="-1770464440"/>
                <w14:checkbox>
                  <w14:checked w14:val="0"/>
                  <w14:checkedState w14:val="2612" w14:font="MS Gothic"/>
                  <w14:uncheckedState w14:val="2610" w14:font="MS Gothic"/>
                </w14:checkbox>
              </w:sdtPr>
              <w:sdtEndPr/>
              <w:sdtContent>
                <w:r w:rsidR="006605D9">
                  <w:rPr>
                    <w:rFonts w:ascii="MS Gothic" w:eastAsia="MS Gothic" w:hAnsi="MS Gothic" w:hint="eastAsia"/>
                    <w:color w:val="D48B06"/>
                  </w:rPr>
                  <w:t>☐</w:t>
                </w:r>
              </w:sdtContent>
            </w:sdt>
            <w:r w:rsidR="006605D9">
              <w:rPr>
                <w:rFonts w:ascii="Segoe UI Symbol" w:hAnsi="Segoe UI Symbol"/>
                <w:color w:val="D48B06"/>
              </w:rPr>
              <w:t xml:space="preserve"> </w:t>
            </w:r>
            <w:r w:rsidR="006605D9">
              <w:rPr>
                <w:color w:val="4A4A4A"/>
                <w:sz w:val="20"/>
              </w:rPr>
              <w:t>I believe there has been a data breach</w:t>
            </w:r>
          </w:p>
        </w:tc>
        <w:tc>
          <w:tcPr>
            <w:tcW w:w="4533" w:type="dxa"/>
          </w:tcPr>
          <w:p w14:paraId="5D065E43" w14:textId="1D98EAA4" w:rsidR="00C67133" w:rsidRDefault="00CA2580">
            <w:pPr>
              <w:spacing w:after="60"/>
            </w:pPr>
            <w:sdt>
              <w:sdtPr>
                <w:rPr>
                  <w:rFonts w:ascii="Segoe UI Symbol" w:hAnsi="Segoe UI Symbol"/>
                  <w:color w:val="D48B06"/>
                </w:rPr>
                <w:id w:val="1109014372"/>
                <w14:checkbox>
                  <w14:checked w14:val="0"/>
                  <w14:checkedState w14:val="2612" w14:font="MS Gothic"/>
                  <w14:uncheckedState w14:val="2610" w14:font="MS Gothic"/>
                </w14:checkbox>
              </w:sdtPr>
              <w:sdtEndPr/>
              <w:sdtContent>
                <w:r w:rsidR="006605D9">
                  <w:rPr>
                    <w:rFonts w:ascii="MS Gothic" w:eastAsia="MS Gothic" w:hAnsi="MS Gothic" w:hint="eastAsia"/>
                    <w:color w:val="D48B06"/>
                  </w:rPr>
                  <w:t>☐</w:t>
                </w:r>
              </w:sdtContent>
            </w:sdt>
            <w:r w:rsidR="006605D9">
              <w:rPr>
                <w:rFonts w:ascii="Segoe UI Symbol" w:hAnsi="Segoe UI Symbol"/>
                <w:color w:val="D48B06"/>
              </w:rPr>
              <w:t xml:space="preserve">  </w:t>
            </w:r>
            <w:r w:rsidR="006605D9">
              <w:rPr>
                <w:color w:val="4A4A4A"/>
                <w:sz w:val="20"/>
              </w:rPr>
              <w:t>Marketing communications</w:t>
            </w:r>
          </w:p>
        </w:tc>
      </w:tr>
      <w:tr w:rsidR="00C67133" w14:paraId="1A0BCBE7" w14:textId="77777777">
        <w:tc>
          <w:tcPr>
            <w:tcW w:w="4533" w:type="dxa"/>
          </w:tcPr>
          <w:p w14:paraId="394325A2" w14:textId="4EDD285E" w:rsidR="00C67133" w:rsidRDefault="00CA2580">
            <w:pPr>
              <w:spacing w:after="60"/>
            </w:pPr>
            <w:sdt>
              <w:sdtPr>
                <w:rPr>
                  <w:rFonts w:ascii="Segoe UI Symbol" w:hAnsi="Segoe UI Symbol"/>
                  <w:color w:val="D48B06"/>
                </w:rPr>
                <w:id w:val="1636286881"/>
                <w14:checkbox>
                  <w14:checked w14:val="0"/>
                  <w14:checkedState w14:val="2612" w14:font="MS Gothic"/>
                  <w14:uncheckedState w14:val="2610" w14:font="MS Gothic"/>
                </w14:checkbox>
              </w:sdtPr>
              <w:sdtEndPr/>
              <w:sdtContent>
                <w:r w:rsidR="006605D9">
                  <w:rPr>
                    <w:rFonts w:ascii="MS Gothic" w:eastAsia="MS Gothic" w:hAnsi="MS Gothic" w:hint="eastAsia"/>
                    <w:color w:val="D48B06"/>
                  </w:rPr>
                  <w:t>☐</w:t>
                </w:r>
              </w:sdtContent>
            </w:sdt>
            <w:r w:rsidR="006605D9">
              <w:rPr>
                <w:rFonts w:ascii="Segoe UI Symbol" w:hAnsi="Segoe UI Symbol"/>
                <w:color w:val="D48B06"/>
              </w:rPr>
              <w:t xml:space="preserve"> </w:t>
            </w:r>
            <w:r w:rsidR="006605D9">
              <w:rPr>
                <w:color w:val="4A4A4A"/>
                <w:sz w:val="20"/>
              </w:rPr>
              <w:t>CCTV</w:t>
            </w:r>
          </w:p>
        </w:tc>
        <w:tc>
          <w:tcPr>
            <w:tcW w:w="4533" w:type="dxa"/>
          </w:tcPr>
          <w:p w14:paraId="60077B23" w14:textId="2CFDD043" w:rsidR="00C67133" w:rsidRDefault="00CA2580">
            <w:pPr>
              <w:spacing w:after="60"/>
            </w:pPr>
            <w:sdt>
              <w:sdtPr>
                <w:rPr>
                  <w:rFonts w:ascii="Segoe UI Symbol" w:hAnsi="Segoe UI Symbol"/>
                  <w:color w:val="D48B06"/>
                </w:rPr>
                <w:id w:val="-566187605"/>
                <w14:checkbox>
                  <w14:checked w14:val="0"/>
                  <w14:checkedState w14:val="2612" w14:font="MS Gothic"/>
                  <w14:uncheckedState w14:val="2610" w14:font="MS Gothic"/>
                </w14:checkbox>
              </w:sdtPr>
              <w:sdtEndPr/>
              <w:sdtContent>
                <w:r w:rsidR="006605D9">
                  <w:rPr>
                    <w:rFonts w:ascii="MS Gothic" w:eastAsia="MS Gothic" w:hAnsi="MS Gothic" w:hint="eastAsia"/>
                    <w:color w:val="D48B06"/>
                  </w:rPr>
                  <w:t>☐</w:t>
                </w:r>
              </w:sdtContent>
            </w:sdt>
            <w:r w:rsidR="006605D9">
              <w:rPr>
                <w:rFonts w:ascii="Segoe UI Symbol" w:hAnsi="Segoe UI Symbol"/>
                <w:color w:val="D48B06"/>
              </w:rPr>
              <w:t xml:space="preserve">  </w:t>
            </w:r>
            <w:r w:rsidR="006605D9">
              <w:rPr>
                <w:color w:val="4A4A4A"/>
                <w:sz w:val="20"/>
              </w:rPr>
              <w:t>Other (please specify below)</w:t>
            </w:r>
          </w:p>
        </w:tc>
      </w:tr>
    </w:tbl>
    <w:p w14:paraId="519A1CC2" w14:textId="77777777" w:rsidR="00C67133" w:rsidRDefault="00C67133">
      <w:pPr>
        <w:spacing w:after="80"/>
      </w:pPr>
    </w:p>
    <w:tbl>
      <w:tblPr>
        <w:tblW w:w="0" w:type="auto"/>
        <w:tblLook w:val="04A0" w:firstRow="1" w:lastRow="0" w:firstColumn="1" w:lastColumn="0" w:noHBand="0" w:noVBand="1"/>
      </w:tblPr>
      <w:tblGrid>
        <w:gridCol w:w="2165"/>
        <w:gridCol w:w="4133"/>
      </w:tblGrid>
      <w:tr w:rsidR="00C67133" w14:paraId="2A6D2708" w14:textId="77777777">
        <w:tc>
          <w:tcPr>
            <w:tcW w:w="2165" w:type="dxa"/>
            <w:vAlign w:val="center"/>
          </w:tcPr>
          <w:p w14:paraId="204E0F07" w14:textId="77777777" w:rsidR="00C67133" w:rsidRDefault="00CA2580">
            <w:pPr>
              <w:spacing w:after="40"/>
            </w:pPr>
            <w:r>
              <w:rPr>
                <w:b/>
                <w:color w:val="1A2E4A"/>
                <w:sz w:val="20"/>
              </w:rPr>
              <w:t>If 'Other', please specify:</w:t>
            </w:r>
          </w:p>
        </w:tc>
        <w:tc>
          <w:tcPr>
            <w:tcW w:w="4133" w:type="dxa"/>
            <w:tcBorders>
              <w:top w:val="single" w:sz="6" w:space="0" w:color="1A2E4A"/>
              <w:left w:val="single" w:sz="6" w:space="0" w:color="1A2E4A"/>
              <w:bottom w:val="single" w:sz="6" w:space="0" w:color="1A2E4A"/>
              <w:right w:val="single" w:sz="6" w:space="0" w:color="1A2E4A"/>
            </w:tcBorders>
          </w:tcPr>
          <w:p w14:paraId="6DA33D22" w14:textId="77777777" w:rsidR="00C67133" w:rsidRDefault="00C67133">
            <w:pPr>
              <w:spacing w:after="40"/>
            </w:pPr>
          </w:p>
        </w:tc>
      </w:tr>
    </w:tbl>
    <w:p w14:paraId="387F241D" w14:textId="77777777" w:rsidR="00C67133" w:rsidRDefault="00C67133">
      <w:pPr>
        <w:spacing w:after="60"/>
      </w:pPr>
    </w:p>
    <w:tbl>
      <w:tblPr>
        <w:tblW w:w="0" w:type="auto"/>
        <w:tblLook w:val="04A0" w:firstRow="1" w:lastRow="0" w:firstColumn="1" w:lastColumn="0" w:noHBand="0" w:noVBand="1"/>
      </w:tblPr>
      <w:tblGrid>
        <w:gridCol w:w="9066"/>
      </w:tblGrid>
      <w:tr w:rsidR="00C67133" w14:paraId="144FF57D" w14:textId="77777777">
        <w:tc>
          <w:tcPr>
            <w:tcW w:w="9066" w:type="dxa"/>
            <w:shd w:val="clear" w:color="auto" w:fill="1A2E4A"/>
          </w:tcPr>
          <w:p w14:paraId="00994DF2" w14:textId="77777777" w:rsidR="00C67133" w:rsidRDefault="00CA2580">
            <w:pPr>
              <w:spacing w:before="80" w:after="80"/>
              <w:ind w:left="170"/>
            </w:pPr>
            <w:r>
              <w:rPr>
                <w:b/>
                <w:color w:val="D48B06"/>
              </w:rPr>
              <w:t xml:space="preserve">SECTION 4  |  </w:t>
            </w:r>
            <w:r>
              <w:rPr>
                <w:b/>
                <w:color w:val="FFFFFF"/>
              </w:rPr>
              <w:t>DETAILS OF YOUR COMPLAINT</w:t>
            </w:r>
          </w:p>
        </w:tc>
      </w:tr>
    </w:tbl>
    <w:p w14:paraId="5A897535" w14:textId="77777777" w:rsidR="00C67133" w:rsidRDefault="00C67133">
      <w:pPr>
        <w:spacing w:after="40"/>
      </w:pPr>
    </w:p>
    <w:p w14:paraId="66624B74" w14:textId="77777777" w:rsidR="00C67133" w:rsidRDefault="00CA2580">
      <w:pPr>
        <w:spacing w:before="40" w:after="80"/>
      </w:pPr>
      <w:r>
        <w:rPr>
          <w:i/>
          <w:color w:val="4A4A4A"/>
          <w:sz w:val="20"/>
        </w:rPr>
        <w:t>Please explain what happened and why you believe your personal data has been handled incorrectly. Include as much detail as possible.</w:t>
      </w:r>
    </w:p>
    <w:tbl>
      <w:tblPr>
        <w:tblW w:w="0" w:type="auto"/>
        <w:tblLook w:val="04A0" w:firstRow="1" w:lastRow="0" w:firstColumn="1" w:lastColumn="0" w:noHBand="0" w:noVBand="1"/>
      </w:tblPr>
      <w:tblGrid>
        <w:gridCol w:w="9050"/>
      </w:tblGrid>
      <w:tr w:rsidR="00C67133" w14:paraId="53B5E554" w14:textId="77777777">
        <w:tc>
          <w:tcPr>
            <w:tcW w:w="9066" w:type="dxa"/>
            <w:tcBorders>
              <w:top w:val="single" w:sz="6" w:space="0" w:color="1A2E4A"/>
              <w:left w:val="single" w:sz="6" w:space="0" w:color="1A2E4A"/>
              <w:bottom w:val="single" w:sz="6" w:space="0" w:color="1A2E4A"/>
              <w:right w:val="single" w:sz="6" w:space="0" w:color="1A2E4A"/>
            </w:tcBorders>
          </w:tcPr>
          <w:p w14:paraId="63F59787" w14:textId="77777777" w:rsidR="00C67133" w:rsidRDefault="00CA2580">
            <w:pPr>
              <w:spacing w:after="40"/>
            </w:pPr>
            <w:r>
              <w:rPr>
                <w:i/>
                <w:color w:val="B4B4B4"/>
                <w:sz w:val="18"/>
              </w:rPr>
              <w:t>Please write your complaint here...</w:t>
            </w:r>
          </w:p>
          <w:p w14:paraId="5FC2EF95" w14:textId="77777777" w:rsidR="00C67133" w:rsidRDefault="00C67133"/>
          <w:p w14:paraId="546E034A" w14:textId="77777777" w:rsidR="00C67133" w:rsidRDefault="00C67133"/>
          <w:p w14:paraId="1B8117C2" w14:textId="77777777" w:rsidR="00C67133" w:rsidRDefault="00C67133"/>
          <w:p w14:paraId="42793A34" w14:textId="77777777" w:rsidR="00C67133" w:rsidRDefault="00C67133"/>
          <w:p w14:paraId="3FBAB6BB" w14:textId="77777777" w:rsidR="00C67133" w:rsidRDefault="00C67133"/>
          <w:p w14:paraId="7900F59A" w14:textId="77777777" w:rsidR="00C67133" w:rsidRDefault="00C67133"/>
          <w:p w14:paraId="34DB14B3" w14:textId="77777777" w:rsidR="00C67133" w:rsidRDefault="00C67133"/>
        </w:tc>
      </w:tr>
    </w:tbl>
    <w:p w14:paraId="042B9A3E" w14:textId="77777777" w:rsidR="00C67133" w:rsidRDefault="00C67133">
      <w:pPr>
        <w:spacing w:after="80"/>
      </w:pPr>
    </w:p>
    <w:tbl>
      <w:tblPr>
        <w:tblW w:w="0" w:type="auto"/>
        <w:tblLook w:val="04A0" w:firstRow="1" w:lastRow="0" w:firstColumn="1" w:lastColumn="0" w:noHBand="0" w:noVBand="1"/>
      </w:tblPr>
      <w:tblGrid>
        <w:gridCol w:w="9066"/>
      </w:tblGrid>
      <w:tr w:rsidR="00C67133" w14:paraId="0FFA20B7" w14:textId="77777777">
        <w:tc>
          <w:tcPr>
            <w:tcW w:w="9066" w:type="dxa"/>
            <w:shd w:val="clear" w:color="auto" w:fill="1A2E4A"/>
          </w:tcPr>
          <w:p w14:paraId="17C8DE05" w14:textId="77777777" w:rsidR="00C67133" w:rsidRDefault="00CA2580">
            <w:pPr>
              <w:spacing w:before="80" w:after="80"/>
              <w:ind w:left="170"/>
            </w:pPr>
            <w:r>
              <w:rPr>
                <w:b/>
                <w:color w:val="D48B06"/>
              </w:rPr>
              <w:t xml:space="preserve">SECTION 5  |  </w:t>
            </w:r>
            <w:r>
              <w:rPr>
                <w:b/>
                <w:color w:val="FFFFFF"/>
              </w:rPr>
              <w:t>RELEVANT DATES</w:t>
            </w:r>
          </w:p>
        </w:tc>
      </w:tr>
    </w:tbl>
    <w:p w14:paraId="09C5B71E" w14:textId="77777777" w:rsidR="00C67133" w:rsidRDefault="00C67133">
      <w:pPr>
        <w:spacing w:after="40"/>
      </w:pPr>
    </w:p>
    <w:tbl>
      <w:tblPr>
        <w:tblW w:w="0" w:type="auto"/>
        <w:tblLook w:val="04A0" w:firstRow="1" w:lastRow="0" w:firstColumn="1" w:lastColumn="0" w:noHBand="0" w:noVBand="1"/>
      </w:tblPr>
      <w:tblGrid>
        <w:gridCol w:w="2165"/>
        <w:gridCol w:w="4133"/>
      </w:tblGrid>
      <w:tr w:rsidR="00C67133" w14:paraId="32C36B76" w14:textId="77777777">
        <w:tc>
          <w:tcPr>
            <w:tcW w:w="2165" w:type="dxa"/>
            <w:vAlign w:val="center"/>
          </w:tcPr>
          <w:p w14:paraId="010EBAF1" w14:textId="77777777" w:rsidR="00C67133" w:rsidRDefault="00CA2580">
            <w:pPr>
              <w:spacing w:after="40"/>
            </w:pPr>
            <w:r>
              <w:rPr>
                <w:b/>
                <w:color w:val="1A2E4A"/>
                <w:sz w:val="20"/>
              </w:rPr>
              <w:t>When did the issue occur?</w:t>
            </w:r>
          </w:p>
        </w:tc>
        <w:tc>
          <w:tcPr>
            <w:tcW w:w="4133" w:type="dxa"/>
            <w:tcBorders>
              <w:top w:val="single" w:sz="6" w:space="0" w:color="1A2E4A"/>
              <w:left w:val="single" w:sz="6" w:space="0" w:color="1A2E4A"/>
              <w:bottom w:val="single" w:sz="6" w:space="0" w:color="1A2E4A"/>
              <w:right w:val="single" w:sz="6" w:space="0" w:color="1A2E4A"/>
            </w:tcBorders>
          </w:tcPr>
          <w:p w14:paraId="2D265624" w14:textId="77777777" w:rsidR="00C67133" w:rsidRDefault="00CA2580">
            <w:pPr>
              <w:spacing w:after="40"/>
            </w:pPr>
            <w:r>
              <w:rPr>
                <w:i/>
                <w:color w:val="B4B4B4"/>
                <w:sz w:val="18"/>
              </w:rPr>
              <w:t>DD/MM/YYYY</w:t>
            </w:r>
          </w:p>
        </w:tc>
      </w:tr>
    </w:tbl>
    <w:p w14:paraId="0DFE5EAE" w14:textId="77777777" w:rsidR="00C67133" w:rsidRDefault="00C67133">
      <w:pPr>
        <w:spacing w:after="60"/>
      </w:pPr>
    </w:p>
    <w:tbl>
      <w:tblPr>
        <w:tblW w:w="0" w:type="auto"/>
        <w:tblLook w:val="04A0" w:firstRow="1" w:lastRow="0" w:firstColumn="1" w:lastColumn="0" w:noHBand="0" w:noVBand="1"/>
      </w:tblPr>
      <w:tblGrid>
        <w:gridCol w:w="2165"/>
        <w:gridCol w:w="4133"/>
      </w:tblGrid>
      <w:tr w:rsidR="00C67133" w14:paraId="05EDE9D1" w14:textId="77777777">
        <w:tc>
          <w:tcPr>
            <w:tcW w:w="2165" w:type="dxa"/>
            <w:vAlign w:val="center"/>
          </w:tcPr>
          <w:p w14:paraId="7282FC02" w14:textId="77777777" w:rsidR="00C67133" w:rsidRDefault="00CA2580">
            <w:pPr>
              <w:spacing w:after="40"/>
            </w:pPr>
            <w:r>
              <w:rPr>
                <w:b/>
                <w:color w:val="1A2E4A"/>
                <w:sz w:val="20"/>
              </w:rPr>
              <w:lastRenderedPageBreak/>
              <w:t>When did you become aware of it?</w:t>
            </w:r>
          </w:p>
        </w:tc>
        <w:tc>
          <w:tcPr>
            <w:tcW w:w="4133" w:type="dxa"/>
            <w:tcBorders>
              <w:top w:val="single" w:sz="6" w:space="0" w:color="1A2E4A"/>
              <w:left w:val="single" w:sz="6" w:space="0" w:color="1A2E4A"/>
              <w:bottom w:val="single" w:sz="6" w:space="0" w:color="1A2E4A"/>
              <w:right w:val="single" w:sz="6" w:space="0" w:color="1A2E4A"/>
            </w:tcBorders>
          </w:tcPr>
          <w:p w14:paraId="260AC32A" w14:textId="77777777" w:rsidR="00C67133" w:rsidRDefault="00CA2580">
            <w:pPr>
              <w:spacing w:after="40"/>
            </w:pPr>
            <w:r>
              <w:rPr>
                <w:i/>
                <w:color w:val="B4B4B4"/>
                <w:sz w:val="18"/>
              </w:rPr>
              <w:t>DD/MM/YYYY</w:t>
            </w:r>
          </w:p>
        </w:tc>
      </w:tr>
    </w:tbl>
    <w:p w14:paraId="132FBC50" w14:textId="77777777" w:rsidR="00C67133" w:rsidRDefault="00C67133">
      <w:pPr>
        <w:spacing w:after="60"/>
      </w:pPr>
    </w:p>
    <w:tbl>
      <w:tblPr>
        <w:tblW w:w="0" w:type="auto"/>
        <w:tblLook w:val="04A0" w:firstRow="1" w:lastRow="0" w:firstColumn="1" w:lastColumn="0" w:noHBand="0" w:noVBand="1"/>
      </w:tblPr>
      <w:tblGrid>
        <w:gridCol w:w="2165"/>
        <w:gridCol w:w="4133"/>
      </w:tblGrid>
      <w:tr w:rsidR="00C67133" w14:paraId="4E5FE813" w14:textId="77777777">
        <w:tc>
          <w:tcPr>
            <w:tcW w:w="2165" w:type="dxa"/>
            <w:vAlign w:val="center"/>
          </w:tcPr>
          <w:p w14:paraId="2958042F" w14:textId="77777777" w:rsidR="00C67133" w:rsidRDefault="00CA2580">
            <w:pPr>
              <w:spacing w:after="40"/>
            </w:pPr>
            <w:r>
              <w:rPr>
                <w:b/>
                <w:color w:val="1A2E4A"/>
                <w:sz w:val="20"/>
              </w:rPr>
              <w:t>Have you previously raised this concern with us?</w:t>
            </w:r>
          </w:p>
        </w:tc>
        <w:tc>
          <w:tcPr>
            <w:tcW w:w="4133" w:type="dxa"/>
            <w:tcBorders>
              <w:top w:val="single" w:sz="6" w:space="0" w:color="1A2E4A"/>
              <w:left w:val="single" w:sz="6" w:space="0" w:color="1A2E4A"/>
              <w:bottom w:val="single" w:sz="6" w:space="0" w:color="1A2E4A"/>
              <w:right w:val="single" w:sz="6" w:space="0" w:color="1A2E4A"/>
            </w:tcBorders>
          </w:tcPr>
          <w:p w14:paraId="30A53E9D" w14:textId="77777777" w:rsidR="00C67133" w:rsidRDefault="00CA2580">
            <w:pPr>
              <w:spacing w:after="40"/>
            </w:pPr>
            <w:r>
              <w:rPr>
                <w:i/>
                <w:color w:val="B4B4B4"/>
                <w:sz w:val="18"/>
              </w:rPr>
              <w:t>Yes / No</w:t>
            </w:r>
          </w:p>
        </w:tc>
      </w:tr>
    </w:tbl>
    <w:p w14:paraId="5056EEFA" w14:textId="77777777" w:rsidR="00C67133" w:rsidRDefault="00C67133">
      <w:pPr>
        <w:spacing w:after="60"/>
      </w:pPr>
    </w:p>
    <w:tbl>
      <w:tblPr>
        <w:tblW w:w="0" w:type="auto"/>
        <w:tblLook w:val="04A0" w:firstRow="1" w:lastRow="0" w:firstColumn="1" w:lastColumn="0" w:noHBand="0" w:noVBand="1"/>
      </w:tblPr>
      <w:tblGrid>
        <w:gridCol w:w="2165"/>
        <w:gridCol w:w="4133"/>
      </w:tblGrid>
      <w:tr w:rsidR="00C67133" w14:paraId="68916179" w14:textId="77777777">
        <w:tc>
          <w:tcPr>
            <w:tcW w:w="2165" w:type="dxa"/>
            <w:vAlign w:val="center"/>
          </w:tcPr>
          <w:p w14:paraId="321AD100" w14:textId="77777777" w:rsidR="00C67133" w:rsidRDefault="00CA2580">
            <w:pPr>
              <w:spacing w:after="40"/>
            </w:pPr>
            <w:r>
              <w:rPr>
                <w:b/>
                <w:color w:val="1A2E4A"/>
                <w:sz w:val="20"/>
              </w:rPr>
              <w:t>If yes, when and how?</w:t>
            </w:r>
          </w:p>
        </w:tc>
        <w:tc>
          <w:tcPr>
            <w:tcW w:w="4133" w:type="dxa"/>
            <w:tcBorders>
              <w:top w:val="single" w:sz="6" w:space="0" w:color="1A2E4A"/>
              <w:left w:val="single" w:sz="6" w:space="0" w:color="1A2E4A"/>
              <w:bottom w:val="single" w:sz="6" w:space="0" w:color="1A2E4A"/>
              <w:right w:val="single" w:sz="6" w:space="0" w:color="1A2E4A"/>
            </w:tcBorders>
          </w:tcPr>
          <w:p w14:paraId="49D0C138" w14:textId="77777777" w:rsidR="00C67133" w:rsidRDefault="00C67133">
            <w:pPr>
              <w:spacing w:after="40"/>
            </w:pPr>
          </w:p>
        </w:tc>
      </w:tr>
    </w:tbl>
    <w:p w14:paraId="2C5560E2" w14:textId="77777777" w:rsidR="00C67133" w:rsidRDefault="00C67133">
      <w:pPr>
        <w:spacing w:after="60"/>
      </w:pPr>
    </w:p>
    <w:tbl>
      <w:tblPr>
        <w:tblW w:w="0" w:type="auto"/>
        <w:tblLook w:val="04A0" w:firstRow="1" w:lastRow="0" w:firstColumn="1" w:lastColumn="0" w:noHBand="0" w:noVBand="1"/>
      </w:tblPr>
      <w:tblGrid>
        <w:gridCol w:w="9066"/>
      </w:tblGrid>
      <w:tr w:rsidR="00C67133" w14:paraId="61080C8C" w14:textId="77777777">
        <w:tc>
          <w:tcPr>
            <w:tcW w:w="9066" w:type="dxa"/>
            <w:shd w:val="clear" w:color="auto" w:fill="1A2E4A"/>
          </w:tcPr>
          <w:p w14:paraId="62729697" w14:textId="77777777" w:rsidR="00C67133" w:rsidRDefault="00CA2580">
            <w:pPr>
              <w:spacing w:before="80" w:after="80"/>
              <w:ind w:left="170"/>
            </w:pPr>
            <w:r>
              <w:rPr>
                <w:b/>
                <w:color w:val="D48B06"/>
              </w:rPr>
              <w:t xml:space="preserve">SECTION 6  |  </w:t>
            </w:r>
            <w:r>
              <w:rPr>
                <w:b/>
                <w:color w:val="FFFFFF"/>
              </w:rPr>
              <w:t>PEOPLE INVOLVED</w:t>
            </w:r>
          </w:p>
        </w:tc>
      </w:tr>
    </w:tbl>
    <w:p w14:paraId="0CD65411" w14:textId="77777777" w:rsidR="00C67133" w:rsidRDefault="00C67133">
      <w:pPr>
        <w:spacing w:after="40"/>
      </w:pPr>
    </w:p>
    <w:p w14:paraId="1563D7A9" w14:textId="77777777" w:rsidR="00C67133" w:rsidRDefault="00CA2580">
      <w:pPr>
        <w:spacing w:before="40" w:after="80"/>
      </w:pPr>
      <w:r>
        <w:rPr>
          <w:i/>
          <w:color w:val="4A4A4A"/>
          <w:sz w:val="20"/>
        </w:rPr>
        <w:t>Please provide the name(s) of any employees or departments involved, if known.</w:t>
      </w:r>
    </w:p>
    <w:tbl>
      <w:tblPr>
        <w:tblW w:w="0" w:type="auto"/>
        <w:tblLook w:val="04A0" w:firstRow="1" w:lastRow="0" w:firstColumn="1" w:lastColumn="0" w:noHBand="0" w:noVBand="1"/>
      </w:tblPr>
      <w:tblGrid>
        <w:gridCol w:w="9050"/>
      </w:tblGrid>
      <w:tr w:rsidR="00C67133" w14:paraId="149FDA90" w14:textId="77777777">
        <w:tc>
          <w:tcPr>
            <w:tcW w:w="9066" w:type="dxa"/>
            <w:tcBorders>
              <w:top w:val="single" w:sz="6" w:space="0" w:color="1A2E4A"/>
              <w:left w:val="single" w:sz="6" w:space="0" w:color="1A2E4A"/>
              <w:bottom w:val="single" w:sz="6" w:space="0" w:color="1A2E4A"/>
              <w:right w:val="single" w:sz="6" w:space="0" w:color="1A2E4A"/>
            </w:tcBorders>
          </w:tcPr>
          <w:p w14:paraId="32552CD0" w14:textId="77777777" w:rsidR="00C67133" w:rsidRDefault="00CA2580">
            <w:pPr>
              <w:spacing w:after="40"/>
            </w:pPr>
            <w:r>
              <w:rPr>
                <w:i/>
                <w:color w:val="B4B4B4"/>
                <w:sz w:val="18"/>
              </w:rPr>
              <w:t>Names / departments...</w:t>
            </w:r>
          </w:p>
          <w:p w14:paraId="08A4E6CE" w14:textId="77777777" w:rsidR="00C67133" w:rsidRDefault="00C67133"/>
          <w:p w14:paraId="39372C00" w14:textId="77777777" w:rsidR="00C67133" w:rsidRDefault="00C67133"/>
        </w:tc>
      </w:tr>
    </w:tbl>
    <w:p w14:paraId="539082A1" w14:textId="77777777" w:rsidR="00C67133" w:rsidRDefault="00C67133">
      <w:pPr>
        <w:spacing w:after="80"/>
      </w:pPr>
    </w:p>
    <w:tbl>
      <w:tblPr>
        <w:tblW w:w="0" w:type="auto"/>
        <w:tblLook w:val="04A0" w:firstRow="1" w:lastRow="0" w:firstColumn="1" w:lastColumn="0" w:noHBand="0" w:noVBand="1"/>
      </w:tblPr>
      <w:tblGrid>
        <w:gridCol w:w="9066"/>
      </w:tblGrid>
      <w:tr w:rsidR="00C67133" w14:paraId="40591D93" w14:textId="77777777">
        <w:tc>
          <w:tcPr>
            <w:tcW w:w="9066" w:type="dxa"/>
            <w:shd w:val="clear" w:color="auto" w:fill="1A2E4A"/>
          </w:tcPr>
          <w:p w14:paraId="69F03CCB" w14:textId="77777777" w:rsidR="00C67133" w:rsidRDefault="00CA2580">
            <w:pPr>
              <w:spacing w:before="80" w:after="80"/>
              <w:ind w:left="170"/>
            </w:pPr>
            <w:r>
              <w:rPr>
                <w:b/>
                <w:color w:val="D48B06"/>
              </w:rPr>
              <w:t xml:space="preserve">SECTION 7  |  </w:t>
            </w:r>
            <w:r>
              <w:rPr>
                <w:b/>
                <w:color w:val="FFFFFF"/>
              </w:rPr>
              <w:t>SUPPORTING EVIDENCE</w:t>
            </w:r>
          </w:p>
        </w:tc>
      </w:tr>
    </w:tbl>
    <w:p w14:paraId="35D06479" w14:textId="77777777" w:rsidR="00C67133" w:rsidRDefault="00C67133">
      <w:pPr>
        <w:spacing w:after="40"/>
      </w:pPr>
    </w:p>
    <w:p w14:paraId="16AB4828" w14:textId="77777777" w:rsidR="00C67133" w:rsidRDefault="00CA2580">
      <w:pPr>
        <w:spacing w:before="40" w:after="80"/>
      </w:pPr>
      <w:r>
        <w:rPr>
          <w:i/>
          <w:color w:val="4A4A4A"/>
          <w:sz w:val="20"/>
        </w:rPr>
        <w:t>Please attach any documents that may help us investigate. Examples include:</w:t>
      </w:r>
    </w:p>
    <w:tbl>
      <w:tblPr>
        <w:tblW w:w="0" w:type="auto"/>
        <w:tblLook w:val="04A0" w:firstRow="1" w:lastRow="0" w:firstColumn="1" w:lastColumn="0" w:noHBand="0" w:noVBand="1"/>
      </w:tblPr>
      <w:tblGrid>
        <w:gridCol w:w="3022"/>
        <w:gridCol w:w="3022"/>
        <w:gridCol w:w="3022"/>
      </w:tblGrid>
      <w:tr w:rsidR="00C67133" w14:paraId="6AB5B89B" w14:textId="77777777">
        <w:tc>
          <w:tcPr>
            <w:tcW w:w="3022" w:type="dxa"/>
          </w:tcPr>
          <w:p w14:paraId="43FBE3F9" w14:textId="1B359BEC" w:rsidR="00C67133" w:rsidRDefault="00CA2580">
            <w:pPr>
              <w:spacing w:after="60"/>
            </w:pPr>
            <w:sdt>
              <w:sdtPr>
                <w:rPr>
                  <w:rFonts w:ascii="Segoe UI Symbol" w:hAnsi="Segoe UI Symbol"/>
                  <w:color w:val="D48B06"/>
                </w:rPr>
                <w:id w:val="-366223417"/>
                <w14:checkbox>
                  <w14:checked w14:val="0"/>
                  <w14:checkedState w14:val="2612" w14:font="MS Gothic"/>
                  <w14:uncheckedState w14:val="2610" w14:font="MS Gothic"/>
                </w14:checkbox>
              </w:sdtPr>
              <w:sdtEndPr/>
              <w:sdtContent>
                <w:r w:rsidR="006605D9">
                  <w:rPr>
                    <w:rFonts w:ascii="MS Gothic" w:eastAsia="MS Gothic" w:hAnsi="MS Gothic" w:hint="eastAsia"/>
                    <w:color w:val="D48B06"/>
                  </w:rPr>
                  <w:t>☐</w:t>
                </w:r>
              </w:sdtContent>
            </w:sdt>
            <w:r w:rsidR="006605D9">
              <w:rPr>
                <w:rFonts w:ascii="Segoe UI Symbol" w:hAnsi="Segoe UI Symbol"/>
                <w:color w:val="D48B06"/>
              </w:rPr>
              <w:t xml:space="preserve">  </w:t>
            </w:r>
            <w:r w:rsidR="006605D9">
              <w:rPr>
                <w:color w:val="4A4A4A"/>
                <w:sz w:val="20"/>
              </w:rPr>
              <w:t>Emails</w:t>
            </w:r>
          </w:p>
        </w:tc>
        <w:tc>
          <w:tcPr>
            <w:tcW w:w="3022" w:type="dxa"/>
          </w:tcPr>
          <w:p w14:paraId="31659F33" w14:textId="0BF316A6" w:rsidR="00C67133" w:rsidRDefault="00CA2580">
            <w:pPr>
              <w:spacing w:after="60"/>
            </w:pPr>
            <w:sdt>
              <w:sdtPr>
                <w:rPr>
                  <w:rFonts w:ascii="Segoe UI Symbol" w:hAnsi="Segoe UI Symbol"/>
                  <w:color w:val="D48B06"/>
                </w:rPr>
                <w:id w:val="-70963391"/>
                <w14:checkbox>
                  <w14:checked w14:val="0"/>
                  <w14:checkedState w14:val="2612" w14:font="MS Gothic"/>
                  <w14:uncheckedState w14:val="2610" w14:font="MS Gothic"/>
                </w14:checkbox>
              </w:sdtPr>
              <w:sdtEndPr/>
              <w:sdtContent>
                <w:r w:rsidR="006605D9">
                  <w:rPr>
                    <w:rFonts w:ascii="MS Gothic" w:eastAsia="MS Gothic" w:hAnsi="MS Gothic" w:hint="eastAsia"/>
                    <w:color w:val="D48B06"/>
                  </w:rPr>
                  <w:t>☐</w:t>
                </w:r>
              </w:sdtContent>
            </w:sdt>
            <w:r w:rsidR="006605D9">
              <w:rPr>
                <w:rFonts w:ascii="Segoe UI Symbol" w:hAnsi="Segoe UI Symbol"/>
                <w:color w:val="D48B06"/>
              </w:rPr>
              <w:t xml:space="preserve">  </w:t>
            </w:r>
            <w:r w:rsidR="006605D9">
              <w:rPr>
                <w:color w:val="4A4A4A"/>
                <w:sz w:val="20"/>
              </w:rPr>
              <w:t>Letters</w:t>
            </w:r>
          </w:p>
        </w:tc>
        <w:tc>
          <w:tcPr>
            <w:tcW w:w="3022" w:type="dxa"/>
          </w:tcPr>
          <w:p w14:paraId="229935E8" w14:textId="45788DBD" w:rsidR="00C67133" w:rsidRDefault="00CA2580">
            <w:pPr>
              <w:spacing w:after="60"/>
            </w:pPr>
            <w:sdt>
              <w:sdtPr>
                <w:rPr>
                  <w:rFonts w:ascii="Segoe UI Symbol" w:hAnsi="Segoe UI Symbol"/>
                  <w:color w:val="D48B06"/>
                </w:rPr>
                <w:id w:val="-1328049463"/>
                <w14:checkbox>
                  <w14:checked w14:val="0"/>
                  <w14:checkedState w14:val="2612" w14:font="MS Gothic"/>
                  <w14:uncheckedState w14:val="2610" w14:font="MS Gothic"/>
                </w14:checkbox>
              </w:sdtPr>
              <w:sdtEndPr/>
              <w:sdtContent>
                <w:r w:rsidR="006605D9">
                  <w:rPr>
                    <w:rFonts w:ascii="MS Gothic" w:eastAsia="MS Gothic" w:hAnsi="MS Gothic" w:hint="eastAsia"/>
                    <w:color w:val="D48B06"/>
                  </w:rPr>
                  <w:t>☐</w:t>
                </w:r>
              </w:sdtContent>
            </w:sdt>
            <w:r w:rsidR="006605D9">
              <w:rPr>
                <w:rFonts w:ascii="Segoe UI Symbol" w:hAnsi="Segoe UI Symbol"/>
                <w:color w:val="D48B06"/>
              </w:rPr>
              <w:t xml:space="preserve">  </w:t>
            </w:r>
            <w:r w:rsidR="006605D9">
              <w:rPr>
                <w:color w:val="4A4A4A"/>
                <w:sz w:val="20"/>
              </w:rPr>
              <w:t>Screenshots</w:t>
            </w:r>
          </w:p>
        </w:tc>
      </w:tr>
      <w:tr w:rsidR="00C67133" w14:paraId="78048457" w14:textId="77777777">
        <w:tc>
          <w:tcPr>
            <w:tcW w:w="3022" w:type="dxa"/>
          </w:tcPr>
          <w:p w14:paraId="5877FC68" w14:textId="386209B9" w:rsidR="00C67133" w:rsidRDefault="00CA2580">
            <w:pPr>
              <w:spacing w:after="60"/>
            </w:pPr>
            <w:sdt>
              <w:sdtPr>
                <w:rPr>
                  <w:rFonts w:ascii="Segoe UI Symbol" w:hAnsi="Segoe UI Symbol"/>
                  <w:color w:val="D48B06"/>
                </w:rPr>
                <w:id w:val="-132103592"/>
                <w14:checkbox>
                  <w14:checked w14:val="0"/>
                  <w14:checkedState w14:val="2612" w14:font="MS Gothic"/>
                  <w14:uncheckedState w14:val="2610" w14:font="MS Gothic"/>
                </w14:checkbox>
              </w:sdtPr>
              <w:sdtEndPr/>
              <w:sdtContent>
                <w:r w:rsidR="006605D9">
                  <w:rPr>
                    <w:rFonts w:ascii="MS Gothic" w:eastAsia="MS Gothic" w:hAnsi="MS Gothic" w:hint="eastAsia"/>
                    <w:color w:val="D48B06"/>
                  </w:rPr>
                  <w:t>☐</w:t>
                </w:r>
              </w:sdtContent>
            </w:sdt>
            <w:r w:rsidR="006605D9">
              <w:rPr>
                <w:rFonts w:ascii="Segoe UI Symbol" w:hAnsi="Segoe UI Symbol"/>
                <w:color w:val="D48B06"/>
              </w:rPr>
              <w:t xml:space="preserve">  </w:t>
            </w:r>
            <w:r w:rsidR="006605D9">
              <w:rPr>
                <w:color w:val="4A4A4A"/>
                <w:sz w:val="20"/>
              </w:rPr>
              <w:t>Photographs</w:t>
            </w:r>
          </w:p>
        </w:tc>
        <w:tc>
          <w:tcPr>
            <w:tcW w:w="3022" w:type="dxa"/>
          </w:tcPr>
          <w:p w14:paraId="0E1B036B" w14:textId="5BB507AC" w:rsidR="00C67133" w:rsidRDefault="00CA2580">
            <w:pPr>
              <w:spacing w:after="60"/>
            </w:pPr>
            <w:sdt>
              <w:sdtPr>
                <w:rPr>
                  <w:rFonts w:ascii="Segoe UI Symbol" w:hAnsi="Segoe UI Symbol"/>
                  <w:color w:val="D48B06"/>
                </w:rPr>
                <w:id w:val="295268997"/>
                <w14:checkbox>
                  <w14:checked w14:val="0"/>
                  <w14:checkedState w14:val="2612" w14:font="MS Gothic"/>
                  <w14:uncheckedState w14:val="2610" w14:font="MS Gothic"/>
                </w14:checkbox>
              </w:sdtPr>
              <w:sdtEndPr/>
              <w:sdtContent>
                <w:r w:rsidR="006605D9">
                  <w:rPr>
                    <w:rFonts w:ascii="MS Gothic" w:eastAsia="MS Gothic" w:hAnsi="MS Gothic" w:hint="eastAsia"/>
                    <w:color w:val="D48B06"/>
                  </w:rPr>
                  <w:t>☐</w:t>
                </w:r>
              </w:sdtContent>
            </w:sdt>
            <w:r w:rsidR="006605D9">
              <w:rPr>
                <w:rFonts w:ascii="Segoe UI Symbol" w:hAnsi="Segoe UI Symbol"/>
                <w:color w:val="D48B06"/>
              </w:rPr>
              <w:t xml:space="preserve">  </w:t>
            </w:r>
            <w:r w:rsidR="006605D9">
              <w:rPr>
                <w:color w:val="4A4A4A"/>
                <w:sz w:val="20"/>
              </w:rPr>
              <w:t>Copies of correspondence</w:t>
            </w:r>
          </w:p>
        </w:tc>
        <w:tc>
          <w:tcPr>
            <w:tcW w:w="3022" w:type="dxa"/>
          </w:tcPr>
          <w:p w14:paraId="3D5EC6FC" w14:textId="08764C5D" w:rsidR="00C67133" w:rsidRDefault="00CA2580">
            <w:pPr>
              <w:spacing w:after="60"/>
            </w:pPr>
            <w:sdt>
              <w:sdtPr>
                <w:rPr>
                  <w:rFonts w:ascii="Segoe UI Symbol" w:hAnsi="Segoe UI Symbol"/>
                  <w:color w:val="D48B06"/>
                </w:rPr>
                <w:id w:val="-2020306661"/>
                <w14:checkbox>
                  <w14:checked w14:val="0"/>
                  <w14:checkedState w14:val="2612" w14:font="MS Gothic"/>
                  <w14:uncheckedState w14:val="2610" w14:font="MS Gothic"/>
                </w14:checkbox>
              </w:sdtPr>
              <w:sdtEndPr/>
              <w:sdtContent>
                <w:r w:rsidR="006605D9">
                  <w:rPr>
                    <w:rFonts w:ascii="MS Gothic" w:eastAsia="MS Gothic" w:hAnsi="MS Gothic" w:hint="eastAsia"/>
                    <w:color w:val="D48B06"/>
                  </w:rPr>
                  <w:t>☐</w:t>
                </w:r>
              </w:sdtContent>
            </w:sdt>
            <w:r w:rsidR="006605D9">
              <w:rPr>
                <w:rFonts w:ascii="Segoe UI Symbol" w:hAnsi="Segoe UI Symbol"/>
                <w:color w:val="D48B06"/>
              </w:rPr>
              <w:t xml:space="preserve">  </w:t>
            </w:r>
            <w:r w:rsidR="006605D9">
              <w:rPr>
                <w:color w:val="4A4A4A"/>
                <w:sz w:val="20"/>
              </w:rPr>
              <w:t>Reference numbers</w:t>
            </w:r>
          </w:p>
        </w:tc>
      </w:tr>
    </w:tbl>
    <w:p w14:paraId="6055F2CB" w14:textId="77777777" w:rsidR="00C67133" w:rsidRDefault="00C67133">
      <w:pPr>
        <w:spacing w:after="80"/>
      </w:pPr>
    </w:p>
    <w:tbl>
      <w:tblPr>
        <w:tblW w:w="0" w:type="auto"/>
        <w:tblLook w:val="04A0" w:firstRow="1" w:lastRow="0" w:firstColumn="1" w:lastColumn="0" w:noHBand="0" w:noVBand="1"/>
      </w:tblPr>
      <w:tblGrid>
        <w:gridCol w:w="2165"/>
        <w:gridCol w:w="4133"/>
      </w:tblGrid>
      <w:tr w:rsidR="00C67133" w14:paraId="1AAB2274" w14:textId="77777777">
        <w:tc>
          <w:tcPr>
            <w:tcW w:w="2165" w:type="dxa"/>
            <w:vAlign w:val="center"/>
          </w:tcPr>
          <w:p w14:paraId="5C5032E1" w14:textId="77777777" w:rsidR="00C67133" w:rsidRDefault="00CA2580">
            <w:pPr>
              <w:spacing w:after="40"/>
            </w:pPr>
            <w:r>
              <w:rPr>
                <w:b/>
                <w:color w:val="1A2E4A"/>
                <w:sz w:val="20"/>
              </w:rPr>
              <w:t>List of documents attached (if any):</w:t>
            </w:r>
          </w:p>
        </w:tc>
        <w:tc>
          <w:tcPr>
            <w:tcW w:w="4133" w:type="dxa"/>
            <w:tcBorders>
              <w:top w:val="single" w:sz="6" w:space="0" w:color="1A2E4A"/>
              <w:left w:val="single" w:sz="6" w:space="0" w:color="1A2E4A"/>
              <w:bottom w:val="single" w:sz="6" w:space="0" w:color="1A2E4A"/>
              <w:right w:val="single" w:sz="6" w:space="0" w:color="1A2E4A"/>
            </w:tcBorders>
          </w:tcPr>
          <w:p w14:paraId="0BBCD97A" w14:textId="77777777" w:rsidR="00C67133" w:rsidRDefault="00C67133">
            <w:pPr>
              <w:spacing w:after="40"/>
            </w:pPr>
          </w:p>
          <w:p w14:paraId="66EFDAD6" w14:textId="77777777" w:rsidR="00C67133" w:rsidRDefault="00C67133"/>
        </w:tc>
      </w:tr>
    </w:tbl>
    <w:p w14:paraId="32558665" w14:textId="77777777" w:rsidR="00C67133" w:rsidRDefault="00C67133">
      <w:pPr>
        <w:spacing w:after="60"/>
      </w:pPr>
    </w:p>
    <w:tbl>
      <w:tblPr>
        <w:tblW w:w="0" w:type="auto"/>
        <w:tblLook w:val="04A0" w:firstRow="1" w:lastRow="0" w:firstColumn="1" w:lastColumn="0" w:noHBand="0" w:noVBand="1"/>
      </w:tblPr>
      <w:tblGrid>
        <w:gridCol w:w="9066"/>
      </w:tblGrid>
      <w:tr w:rsidR="00C67133" w14:paraId="3ED094B1" w14:textId="77777777">
        <w:tc>
          <w:tcPr>
            <w:tcW w:w="9066" w:type="dxa"/>
            <w:shd w:val="clear" w:color="auto" w:fill="1A2E4A"/>
          </w:tcPr>
          <w:p w14:paraId="1611AAC2" w14:textId="77777777" w:rsidR="00C67133" w:rsidRDefault="00CA2580">
            <w:pPr>
              <w:spacing w:before="80" w:after="80"/>
              <w:ind w:left="170"/>
            </w:pPr>
            <w:r>
              <w:rPr>
                <w:b/>
                <w:color w:val="D48B06"/>
              </w:rPr>
              <w:t xml:space="preserve">SECTION 8  |  </w:t>
            </w:r>
            <w:r>
              <w:rPr>
                <w:b/>
                <w:color w:val="FFFFFF"/>
              </w:rPr>
              <w:t>WHAT OUTCOME ARE YOU SEEKING?</w:t>
            </w:r>
          </w:p>
        </w:tc>
      </w:tr>
    </w:tbl>
    <w:p w14:paraId="62E51753" w14:textId="77777777" w:rsidR="00C67133" w:rsidRDefault="00C67133">
      <w:pPr>
        <w:spacing w:after="40"/>
      </w:pPr>
    </w:p>
    <w:p w14:paraId="09BCC0DE" w14:textId="77777777" w:rsidR="00C67133" w:rsidRDefault="00CA2580">
      <w:pPr>
        <w:spacing w:before="40" w:after="80"/>
      </w:pPr>
      <w:r>
        <w:rPr>
          <w:i/>
          <w:color w:val="4A4A4A"/>
          <w:sz w:val="20"/>
        </w:rPr>
        <w:t>Please tick all that apply:</w:t>
      </w:r>
    </w:p>
    <w:tbl>
      <w:tblPr>
        <w:tblW w:w="0" w:type="auto"/>
        <w:tblLook w:val="04A0" w:firstRow="1" w:lastRow="0" w:firstColumn="1" w:lastColumn="0" w:noHBand="0" w:noVBand="1"/>
      </w:tblPr>
      <w:tblGrid>
        <w:gridCol w:w="4533"/>
        <w:gridCol w:w="4533"/>
      </w:tblGrid>
      <w:tr w:rsidR="00C67133" w14:paraId="18016FFE" w14:textId="77777777">
        <w:tc>
          <w:tcPr>
            <w:tcW w:w="4533" w:type="dxa"/>
          </w:tcPr>
          <w:p w14:paraId="293FC5D6" w14:textId="79FE374C" w:rsidR="00C67133" w:rsidRDefault="00CA2580">
            <w:pPr>
              <w:spacing w:after="60"/>
            </w:pPr>
            <w:sdt>
              <w:sdtPr>
                <w:rPr>
                  <w:rFonts w:ascii="Segoe UI Symbol" w:hAnsi="Segoe UI Symbol"/>
                  <w:color w:val="D48B06"/>
                </w:rPr>
                <w:id w:val="189650878"/>
                <w14:checkbox>
                  <w14:checked w14:val="0"/>
                  <w14:checkedState w14:val="2612" w14:font="MS Gothic"/>
                  <w14:uncheckedState w14:val="2610" w14:font="MS Gothic"/>
                </w14:checkbox>
              </w:sdtPr>
              <w:sdtEndPr/>
              <w:sdtContent>
                <w:r w:rsidR="006605D9">
                  <w:rPr>
                    <w:rFonts w:ascii="MS Gothic" w:eastAsia="MS Gothic" w:hAnsi="MS Gothic" w:hint="eastAsia"/>
                    <w:color w:val="D48B06"/>
                  </w:rPr>
                  <w:t>☐</w:t>
                </w:r>
              </w:sdtContent>
            </w:sdt>
            <w:r w:rsidR="006605D9">
              <w:rPr>
                <w:rFonts w:ascii="Segoe UI Symbol" w:hAnsi="Segoe UI Symbol"/>
                <w:color w:val="D48B06"/>
              </w:rPr>
              <w:t xml:space="preserve">  </w:t>
            </w:r>
            <w:r w:rsidR="006605D9">
              <w:rPr>
                <w:color w:val="4A4A4A"/>
                <w:sz w:val="20"/>
              </w:rPr>
              <w:t>Correction of my personal data</w:t>
            </w:r>
          </w:p>
        </w:tc>
        <w:tc>
          <w:tcPr>
            <w:tcW w:w="4533" w:type="dxa"/>
          </w:tcPr>
          <w:p w14:paraId="0E957DA2" w14:textId="24985888" w:rsidR="00C67133" w:rsidRDefault="00CA2580">
            <w:pPr>
              <w:spacing w:after="60"/>
            </w:pPr>
            <w:sdt>
              <w:sdtPr>
                <w:rPr>
                  <w:rFonts w:ascii="Segoe UI Symbol" w:hAnsi="Segoe UI Symbol"/>
                  <w:color w:val="D48B06"/>
                </w:rPr>
                <w:id w:val="-1477527191"/>
                <w14:checkbox>
                  <w14:checked w14:val="0"/>
                  <w14:checkedState w14:val="2612" w14:font="MS Gothic"/>
                  <w14:uncheckedState w14:val="2610" w14:font="MS Gothic"/>
                </w14:checkbox>
              </w:sdtPr>
              <w:sdtEndPr/>
              <w:sdtContent>
                <w:r w:rsidR="006605D9">
                  <w:rPr>
                    <w:rFonts w:ascii="MS Gothic" w:eastAsia="MS Gothic" w:hAnsi="MS Gothic" w:hint="eastAsia"/>
                    <w:color w:val="D48B06"/>
                  </w:rPr>
                  <w:t>☐</w:t>
                </w:r>
              </w:sdtContent>
            </w:sdt>
            <w:r w:rsidR="006605D9">
              <w:rPr>
                <w:rFonts w:ascii="Segoe UI Symbol" w:hAnsi="Segoe UI Symbol"/>
                <w:color w:val="D48B06"/>
              </w:rPr>
              <w:t xml:space="preserve">  </w:t>
            </w:r>
            <w:r w:rsidR="006605D9">
              <w:rPr>
                <w:color w:val="4A4A4A"/>
                <w:sz w:val="20"/>
              </w:rPr>
              <w:t>Deletion of my personal data</w:t>
            </w:r>
          </w:p>
        </w:tc>
      </w:tr>
      <w:tr w:rsidR="00C67133" w14:paraId="5F6ABE82" w14:textId="77777777">
        <w:tc>
          <w:tcPr>
            <w:tcW w:w="4533" w:type="dxa"/>
          </w:tcPr>
          <w:p w14:paraId="0A322956" w14:textId="30EF5676" w:rsidR="00C67133" w:rsidRDefault="00CA2580">
            <w:pPr>
              <w:spacing w:after="60"/>
            </w:pPr>
            <w:sdt>
              <w:sdtPr>
                <w:rPr>
                  <w:rFonts w:ascii="Segoe UI Symbol" w:hAnsi="Segoe UI Symbol"/>
                  <w:color w:val="D48B06"/>
                </w:rPr>
                <w:id w:val="-1869370725"/>
                <w14:checkbox>
                  <w14:checked w14:val="0"/>
                  <w14:checkedState w14:val="2612" w14:font="MS Gothic"/>
                  <w14:uncheckedState w14:val="2610" w14:font="MS Gothic"/>
                </w14:checkbox>
              </w:sdtPr>
              <w:sdtEndPr/>
              <w:sdtContent>
                <w:r w:rsidR="006605D9">
                  <w:rPr>
                    <w:rFonts w:ascii="MS Gothic" w:eastAsia="MS Gothic" w:hAnsi="MS Gothic" w:hint="eastAsia"/>
                    <w:color w:val="D48B06"/>
                  </w:rPr>
                  <w:t>☐</w:t>
                </w:r>
              </w:sdtContent>
            </w:sdt>
            <w:r w:rsidR="006605D9">
              <w:rPr>
                <w:rFonts w:ascii="Segoe UI Symbol" w:hAnsi="Segoe UI Symbol"/>
                <w:color w:val="D48B06"/>
              </w:rPr>
              <w:t xml:space="preserve">  </w:t>
            </w:r>
            <w:r w:rsidR="006605D9">
              <w:rPr>
                <w:color w:val="4A4A4A"/>
                <w:sz w:val="20"/>
              </w:rPr>
              <w:t>Access to my personal data</w:t>
            </w:r>
          </w:p>
        </w:tc>
        <w:tc>
          <w:tcPr>
            <w:tcW w:w="4533" w:type="dxa"/>
          </w:tcPr>
          <w:p w14:paraId="41687559" w14:textId="61E682EB" w:rsidR="00C67133" w:rsidRDefault="00CA2580">
            <w:pPr>
              <w:spacing w:after="60"/>
            </w:pPr>
            <w:sdt>
              <w:sdtPr>
                <w:rPr>
                  <w:rFonts w:ascii="Segoe UI Symbol" w:hAnsi="Segoe UI Symbol"/>
                  <w:color w:val="D48B06"/>
                </w:rPr>
                <w:id w:val="-1128627484"/>
                <w14:checkbox>
                  <w14:checked w14:val="0"/>
                  <w14:checkedState w14:val="2612" w14:font="MS Gothic"/>
                  <w14:uncheckedState w14:val="2610" w14:font="MS Gothic"/>
                </w14:checkbox>
              </w:sdtPr>
              <w:sdtEndPr/>
              <w:sdtContent>
                <w:r w:rsidR="006605D9">
                  <w:rPr>
                    <w:rFonts w:ascii="MS Gothic" w:eastAsia="MS Gothic" w:hAnsi="MS Gothic" w:hint="eastAsia"/>
                    <w:color w:val="D48B06"/>
                  </w:rPr>
                  <w:t>☐</w:t>
                </w:r>
              </w:sdtContent>
            </w:sdt>
            <w:r w:rsidR="006605D9">
              <w:rPr>
                <w:rFonts w:ascii="Segoe UI Symbol" w:hAnsi="Segoe UI Symbol"/>
                <w:color w:val="D48B06"/>
              </w:rPr>
              <w:t xml:space="preserve">  </w:t>
            </w:r>
            <w:r w:rsidR="006605D9">
              <w:rPr>
                <w:color w:val="4A4A4A"/>
                <w:sz w:val="20"/>
              </w:rPr>
              <w:t>Restriction of processing</w:t>
            </w:r>
          </w:p>
        </w:tc>
      </w:tr>
      <w:tr w:rsidR="00C67133" w14:paraId="7000D58D" w14:textId="77777777">
        <w:tc>
          <w:tcPr>
            <w:tcW w:w="4533" w:type="dxa"/>
          </w:tcPr>
          <w:p w14:paraId="1D1B5FA3" w14:textId="222DD30E" w:rsidR="00C67133" w:rsidRDefault="00CA2580">
            <w:pPr>
              <w:spacing w:after="60"/>
            </w:pPr>
            <w:sdt>
              <w:sdtPr>
                <w:rPr>
                  <w:rFonts w:ascii="Segoe UI Symbol" w:hAnsi="Segoe UI Symbol"/>
                  <w:color w:val="D48B06"/>
                </w:rPr>
                <w:id w:val="466397076"/>
                <w14:checkbox>
                  <w14:checked w14:val="0"/>
                  <w14:checkedState w14:val="2612" w14:font="MS Gothic"/>
                  <w14:uncheckedState w14:val="2610" w14:font="MS Gothic"/>
                </w14:checkbox>
              </w:sdtPr>
              <w:sdtEndPr/>
              <w:sdtContent>
                <w:r w:rsidR="006605D9">
                  <w:rPr>
                    <w:rFonts w:ascii="MS Gothic" w:eastAsia="MS Gothic" w:hAnsi="MS Gothic" w:hint="eastAsia"/>
                    <w:color w:val="D48B06"/>
                  </w:rPr>
                  <w:t>☐</w:t>
                </w:r>
              </w:sdtContent>
            </w:sdt>
            <w:r w:rsidR="006605D9">
              <w:rPr>
                <w:rFonts w:ascii="Segoe UI Symbol" w:hAnsi="Segoe UI Symbol"/>
                <w:color w:val="D48B06"/>
              </w:rPr>
              <w:t xml:space="preserve">  </w:t>
            </w:r>
            <w:r w:rsidR="006605D9">
              <w:rPr>
                <w:color w:val="4A4A4A"/>
                <w:sz w:val="20"/>
              </w:rPr>
              <w:t>Explanation of what happened</w:t>
            </w:r>
          </w:p>
        </w:tc>
        <w:tc>
          <w:tcPr>
            <w:tcW w:w="4533" w:type="dxa"/>
          </w:tcPr>
          <w:p w14:paraId="3E30C4F6" w14:textId="7C928518" w:rsidR="00C67133" w:rsidRDefault="00CA2580">
            <w:pPr>
              <w:spacing w:after="60"/>
            </w:pPr>
            <w:sdt>
              <w:sdtPr>
                <w:rPr>
                  <w:rFonts w:ascii="Segoe UI Symbol" w:hAnsi="Segoe UI Symbol"/>
                  <w:color w:val="D48B06"/>
                </w:rPr>
                <w:id w:val="-2145032860"/>
                <w14:checkbox>
                  <w14:checked w14:val="0"/>
                  <w14:checkedState w14:val="2612" w14:font="MS Gothic"/>
                  <w14:uncheckedState w14:val="2610" w14:font="MS Gothic"/>
                </w14:checkbox>
              </w:sdtPr>
              <w:sdtEndPr/>
              <w:sdtContent>
                <w:r w:rsidR="006605D9">
                  <w:rPr>
                    <w:rFonts w:ascii="MS Gothic" w:eastAsia="MS Gothic" w:hAnsi="MS Gothic" w:hint="eastAsia"/>
                    <w:color w:val="D48B06"/>
                  </w:rPr>
                  <w:t>☐</w:t>
                </w:r>
              </w:sdtContent>
            </w:sdt>
            <w:r w:rsidR="006605D9">
              <w:rPr>
                <w:rFonts w:ascii="Segoe UI Symbol" w:hAnsi="Segoe UI Symbol"/>
                <w:color w:val="D48B06"/>
              </w:rPr>
              <w:t xml:space="preserve"> </w:t>
            </w:r>
            <w:r w:rsidR="006605D9">
              <w:rPr>
                <w:color w:val="4A4A4A"/>
                <w:sz w:val="20"/>
              </w:rPr>
              <w:t>Apology</w:t>
            </w:r>
          </w:p>
        </w:tc>
      </w:tr>
      <w:tr w:rsidR="00C67133" w14:paraId="5D7E90FB" w14:textId="77777777">
        <w:tc>
          <w:tcPr>
            <w:tcW w:w="4533" w:type="dxa"/>
          </w:tcPr>
          <w:p w14:paraId="6B0D674C" w14:textId="48376CCD" w:rsidR="00C67133" w:rsidRDefault="00CA2580">
            <w:pPr>
              <w:spacing w:after="60"/>
            </w:pPr>
            <w:sdt>
              <w:sdtPr>
                <w:rPr>
                  <w:rFonts w:ascii="Segoe UI Symbol" w:hAnsi="Segoe UI Symbol"/>
                  <w:color w:val="D48B06"/>
                </w:rPr>
                <w:id w:val="1195350837"/>
                <w14:checkbox>
                  <w14:checked w14:val="0"/>
                  <w14:checkedState w14:val="2612" w14:font="MS Gothic"/>
                  <w14:uncheckedState w14:val="2610" w14:font="MS Gothic"/>
                </w14:checkbox>
              </w:sdtPr>
              <w:sdtEndPr/>
              <w:sdtContent>
                <w:r w:rsidR="006605D9">
                  <w:rPr>
                    <w:rFonts w:ascii="MS Gothic" w:eastAsia="MS Gothic" w:hAnsi="MS Gothic" w:hint="eastAsia"/>
                    <w:color w:val="D48B06"/>
                  </w:rPr>
                  <w:t>☐</w:t>
                </w:r>
              </w:sdtContent>
            </w:sdt>
            <w:r w:rsidR="006605D9">
              <w:rPr>
                <w:rFonts w:ascii="Segoe UI Symbol" w:hAnsi="Segoe UI Symbol"/>
                <w:color w:val="D48B06"/>
              </w:rPr>
              <w:t xml:space="preserve"> </w:t>
            </w:r>
            <w:r w:rsidR="006605D9">
              <w:rPr>
                <w:color w:val="4A4A4A"/>
                <w:sz w:val="20"/>
              </w:rPr>
              <w:t>Other (please specify below)</w:t>
            </w:r>
          </w:p>
        </w:tc>
        <w:tc>
          <w:tcPr>
            <w:tcW w:w="4533" w:type="dxa"/>
          </w:tcPr>
          <w:p w14:paraId="7C40D028" w14:textId="77777777" w:rsidR="00C67133" w:rsidRDefault="00C67133"/>
        </w:tc>
      </w:tr>
    </w:tbl>
    <w:p w14:paraId="5B8CD02A" w14:textId="77777777" w:rsidR="00C67133" w:rsidRDefault="00C67133">
      <w:pPr>
        <w:spacing w:after="80"/>
      </w:pPr>
    </w:p>
    <w:tbl>
      <w:tblPr>
        <w:tblW w:w="0" w:type="auto"/>
        <w:tblLook w:val="04A0" w:firstRow="1" w:lastRow="0" w:firstColumn="1" w:lastColumn="0" w:noHBand="0" w:noVBand="1"/>
      </w:tblPr>
      <w:tblGrid>
        <w:gridCol w:w="2165"/>
        <w:gridCol w:w="4133"/>
      </w:tblGrid>
      <w:tr w:rsidR="00C67133" w14:paraId="7FBA0774" w14:textId="77777777">
        <w:tc>
          <w:tcPr>
            <w:tcW w:w="2165" w:type="dxa"/>
            <w:vAlign w:val="center"/>
          </w:tcPr>
          <w:p w14:paraId="441AB313" w14:textId="77777777" w:rsidR="00C67133" w:rsidRDefault="00CA2580">
            <w:pPr>
              <w:spacing w:after="40"/>
            </w:pPr>
            <w:r>
              <w:rPr>
                <w:b/>
                <w:color w:val="1A2E4A"/>
                <w:sz w:val="20"/>
              </w:rPr>
              <w:lastRenderedPageBreak/>
              <w:t>If 'Other', please specify:</w:t>
            </w:r>
          </w:p>
        </w:tc>
        <w:tc>
          <w:tcPr>
            <w:tcW w:w="4133" w:type="dxa"/>
            <w:tcBorders>
              <w:top w:val="single" w:sz="6" w:space="0" w:color="1A2E4A"/>
              <w:left w:val="single" w:sz="6" w:space="0" w:color="1A2E4A"/>
              <w:bottom w:val="single" w:sz="6" w:space="0" w:color="1A2E4A"/>
              <w:right w:val="single" w:sz="6" w:space="0" w:color="1A2E4A"/>
            </w:tcBorders>
          </w:tcPr>
          <w:p w14:paraId="4F54B53F" w14:textId="77777777" w:rsidR="00C67133" w:rsidRDefault="00C67133">
            <w:pPr>
              <w:spacing w:after="40"/>
            </w:pPr>
          </w:p>
        </w:tc>
      </w:tr>
    </w:tbl>
    <w:p w14:paraId="1EBCD79E" w14:textId="77777777" w:rsidR="00C67133" w:rsidRDefault="00C67133">
      <w:pPr>
        <w:spacing w:after="60"/>
      </w:pPr>
    </w:p>
    <w:tbl>
      <w:tblPr>
        <w:tblW w:w="0" w:type="auto"/>
        <w:tblLook w:val="04A0" w:firstRow="1" w:lastRow="0" w:firstColumn="1" w:lastColumn="0" w:noHBand="0" w:noVBand="1"/>
      </w:tblPr>
      <w:tblGrid>
        <w:gridCol w:w="9066"/>
      </w:tblGrid>
      <w:tr w:rsidR="00C67133" w14:paraId="544BCA8C" w14:textId="77777777">
        <w:tc>
          <w:tcPr>
            <w:tcW w:w="9066" w:type="dxa"/>
            <w:shd w:val="clear" w:color="auto" w:fill="1A2E4A"/>
          </w:tcPr>
          <w:p w14:paraId="4DA88038" w14:textId="77777777" w:rsidR="00C67133" w:rsidRDefault="00CA2580">
            <w:pPr>
              <w:spacing w:before="80" w:after="80"/>
              <w:ind w:left="170"/>
            </w:pPr>
            <w:r>
              <w:rPr>
                <w:b/>
                <w:color w:val="D48B06"/>
              </w:rPr>
              <w:t xml:space="preserve">SECTION 9  |  </w:t>
            </w:r>
            <w:r>
              <w:rPr>
                <w:b/>
                <w:color w:val="FFFFFF"/>
              </w:rPr>
              <w:t>ADDITIONAL INFORMATION</w:t>
            </w:r>
          </w:p>
        </w:tc>
      </w:tr>
    </w:tbl>
    <w:p w14:paraId="7AA62D67" w14:textId="77777777" w:rsidR="00C67133" w:rsidRDefault="00C67133">
      <w:pPr>
        <w:spacing w:after="40"/>
      </w:pPr>
    </w:p>
    <w:p w14:paraId="5428D2BC" w14:textId="77777777" w:rsidR="00C67133" w:rsidRDefault="00CA2580">
      <w:pPr>
        <w:spacing w:before="40" w:after="80"/>
      </w:pPr>
      <w:r>
        <w:rPr>
          <w:i/>
          <w:color w:val="4A4A4A"/>
          <w:sz w:val="20"/>
        </w:rPr>
        <w:t>Please provide any other information you feel is relevant to your complaint.</w:t>
      </w:r>
    </w:p>
    <w:tbl>
      <w:tblPr>
        <w:tblW w:w="0" w:type="auto"/>
        <w:tblLook w:val="04A0" w:firstRow="1" w:lastRow="0" w:firstColumn="1" w:lastColumn="0" w:noHBand="0" w:noVBand="1"/>
      </w:tblPr>
      <w:tblGrid>
        <w:gridCol w:w="9050"/>
      </w:tblGrid>
      <w:tr w:rsidR="00C67133" w14:paraId="30B64B2F" w14:textId="77777777">
        <w:tc>
          <w:tcPr>
            <w:tcW w:w="9066" w:type="dxa"/>
            <w:tcBorders>
              <w:top w:val="single" w:sz="6" w:space="0" w:color="1A2E4A"/>
              <w:left w:val="single" w:sz="6" w:space="0" w:color="1A2E4A"/>
              <w:bottom w:val="single" w:sz="6" w:space="0" w:color="1A2E4A"/>
              <w:right w:val="single" w:sz="6" w:space="0" w:color="1A2E4A"/>
            </w:tcBorders>
          </w:tcPr>
          <w:p w14:paraId="3D295C20" w14:textId="77777777" w:rsidR="00C67133" w:rsidRDefault="00CA2580">
            <w:pPr>
              <w:spacing w:after="40"/>
            </w:pPr>
            <w:r>
              <w:rPr>
                <w:i/>
                <w:color w:val="B4B4B4"/>
                <w:sz w:val="18"/>
              </w:rPr>
              <w:t>Any other information...</w:t>
            </w:r>
          </w:p>
          <w:p w14:paraId="76C00BB1" w14:textId="77777777" w:rsidR="00C67133" w:rsidRDefault="00C67133"/>
          <w:p w14:paraId="408D7DDC" w14:textId="77777777" w:rsidR="00C67133" w:rsidRDefault="00C67133"/>
          <w:p w14:paraId="0F2244CE" w14:textId="77777777" w:rsidR="00C67133" w:rsidRDefault="00C67133"/>
        </w:tc>
      </w:tr>
    </w:tbl>
    <w:p w14:paraId="5C6F1454" w14:textId="77777777" w:rsidR="00C67133" w:rsidRDefault="00C67133">
      <w:pPr>
        <w:spacing w:after="80"/>
      </w:pPr>
    </w:p>
    <w:tbl>
      <w:tblPr>
        <w:tblW w:w="0" w:type="auto"/>
        <w:tblLook w:val="04A0" w:firstRow="1" w:lastRow="0" w:firstColumn="1" w:lastColumn="0" w:noHBand="0" w:noVBand="1"/>
      </w:tblPr>
      <w:tblGrid>
        <w:gridCol w:w="9066"/>
      </w:tblGrid>
      <w:tr w:rsidR="00C67133" w14:paraId="3AFB7858" w14:textId="77777777">
        <w:tc>
          <w:tcPr>
            <w:tcW w:w="9066" w:type="dxa"/>
            <w:shd w:val="clear" w:color="auto" w:fill="1A2E4A"/>
          </w:tcPr>
          <w:p w14:paraId="2C6BB495" w14:textId="77777777" w:rsidR="00C67133" w:rsidRDefault="00CA2580">
            <w:pPr>
              <w:spacing w:before="80" w:after="80"/>
              <w:ind w:left="170"/>
            </w:pPr>
            <w:r>
              <w:rPr>
                <w:b/>
                <w:color w:val="D48B06"/>
              </w:rPr>
              <w:t xml:space="preserve">SECTION 10  |  </w:t>
            </w:r>
            <w:r>
              <w:rPr>
                <w:b/>
                <w:color w:val="FFFFFF"/>
              </w:rPr>
              <w:t>DECLARATION</w:t>
            </w:r>
          </w:p>
        </w:tc>
      </w:tr>
    </w:tbl>
    <w:p w14:paraId="5C4494FE" w14:textId="77777777" w:rsidR="00C67133" w:rsidRDefault="00C67133">
      <w:pPr>
        <w:spacing w:after="40"/>
      </w:pPr>
    </w:p>
    <w:tbl>
      <w:tblPr>
        <w:tblW w:w="0" w:type="auto"/>
        <w:tblLook w:val="04A0" w:firstRow="1" w:lastRow="0" w:firstColumn="1" w:lastColumn="0" w:noHBand="0" w:noVBand="1"/>
      </w:tblPr>
      <w:tblGrid>
        <w:gridCol w:w="9056"/>
      </w:tblGrid>
      <w:tr w:rsidR="00C67133" w14:paraId="0E95B01A" w14:textId="77777777">
        <w:tc>
          <w:tcPr>
            <w:tcW w:w="9066" w:type="dxa"/>
            <w:tcBorders>
              <w:top w:val="single" w:sz="4" w:space="0" w:color="1A2E4A"/>
              <w:left w:val="single" w:sz="4" w:space="0" w:color="1A2E4A"/>
              <w:bottom w:val="single" w:sz="4" w:space="0" w:color="1A2E4A"/>
              <w:right w:val="single" w:sz="4" w:space="0" w:color="1A2E4A"/>
            </w:tcBorders>
            <w:shd w:val="clear" w:color="auto" w:fill="FFF8EC"/>
          </w:tcPr>
          <w:p w14:paraId="4E14C9FC" w14:textId="77777777" w:rsidR="00C67133" w:rsidRDefault="00CA2580">
            <w:pPr>
              <w:spacing w:before="80" w:after="80"/>
              <w:ind w:left="170"/>
            </w:pPr>
            <w:r>
              <w:rPr>
                <w:b/>
                <w:color w:val="D48B06"/>
                <w:sz w:val="20"/>
              </w:rPr>
              <w:t xml:space="preserve">Declaration:  </w:t>
            </w:r>
            <w:r>
              <w:rPr>
                <w:i/>
                <w:color w:val="4A4A4A"/>
                <w:sz w:val="20"/>
              </w:rPr>
              <w:t>I confirm that the information I have provided is accurate to the best of my knowledge. I understand that this complaint will be handled in accordance with the organisation's Data Protection Complaints Policy.</w:t>
            </w:r>
          </w:p>
        </w:tc>
      </w:tr>
    </w:tbl>
    <w:p w14:paraId="1F9189F9" w14:textId="77777777" w:rsidR="00C67133" w:rsidRDefault="00C67133">
      <w:pPr>
        <w:spacing w:after="120"/>
      </w:pPr>
    </w:p>
    <w:tbl>
      <w:tblPr>
        <w:tblW w:w="0" w:type="auto"/>
        <w:tblLook w:val="04A0" w:firstRow="1" w:lastRow="0" w:firstColumn="1" w:lastColumn="0" w:noHBand="0" w:noVBand="1"/>
      </w:tblPr>
      <w:tblGrid>
        <w:gridCol w:w="2165"/>
        <w:gridCol w:w="4133"/>
      </w:tblGrid>
      <w:tr w:rsidR="00C67133" w14:paraId="3FADAB0C" w14:textId="77777777">
        <w:tc>
          <w:tcPr>
            <w:tcW w:w="2165" w:type="dxa"/>
            <w:vAlign w:val="center"/>
          </w:tcPr>
          <w:p w14:paraId="2D66D599" w14:textId="77777777" w:rsidR="00C67133" w:rsidRDefault="00CA2580">
            <w:pPr>
              <w:spacing w:after="40"/>
            </w:pPr>
            <w:r>
              <w:rPr>
                <w:b/>
                <w:color w:val="1A2E4A"/>
                <w:sz w:val="20"/>
              </w:rPr>
              <w:t>Signature:</w:t>
            </w:r>
          </w:p>
        </w:tc>
        <w:tc>
          <w:tcPr>
            <w:tcW w:w="4133" w:type="dxa"/>
            <w:tcBorders>
              <w:top w:val="single" w:sz="6" w:space="0" w:color="1A2E4A"/>
              <w:left w:val="single" w:sz="6" w:space="0" w:color="1A2E4A"/>
              <w:bottom w:val="single" w:sz="6" w:space="0" w:color="1A2E4A"/>
              <w:right w:val="single" w:sz="6" w:space="0" w:color="1A2E4A"/>
            </w:tcBorders>
          </w:tcPr>
          <w:p w14:paraId="5D1D14A3" w14:textId="77777777" w:rsidR="00C67133" w:rsidRDefault="00C67133">
            <w:pPr>
              <w:spacing w:after="40"/>
            </w:pPr>
          </w:p>
        </w:tc>
      </w:tr>
    </w:tbl>
    <w:p w14:paraId="0487D28A" w14:textId="77777777" w:rsidR="00C67133" w:rsidRDefault="00C67133">
      <w:pPr>
        <w:spacing w:after="60"/>
      </w:pPr>
    </w:p>
    <w:tbl>
      <w:tblPr>
        <w:tblW w:w="0" w:type="auto"/>
        <w:tblLook w:val="04A0" w:firstRow="1" w:lastRow="0" w:firstColumn="1" w:lastColumn="0" w:noHBand="0" w:noVBand="1"/>
      </w:tblPr>
      <w:tblGrid>
        <w:gridCol w:w="2165"/>
        <w:gridCol w:w="4133"/>
      </w:tblGrid>
      <w:tr w:rsidR="00C67133" w14:paraId="36FCB1B1" w14:textId="77777777">
        <w:tc>
          <w:tcPr>
            <w:tcW w:w="2165" w:type="dxa"/>
            <w:vAlign w:val="center"/>
          </w:tcPr>
          <w:p w14:paraId="69A4B02D" w14:textId="77777777" w:rsidR="00C67133" w:rsidRDefault="00CA2580">
            <w:pPr>
              <w:spacing w:after="40"/>
            </w:pPr>
            <w:r>
              <w:rPr>
                <w:b/>
                <w:color w:val="1A2E4A"/>
                <w:sz w:val="20"/>
              </w:rPr>
              <w:t>Full Name:</w:t>
            </w:r>
          </w:p>
        </w:tc>
        <w:tc>
          <w:tcPr>
            <w:tcW w:w="4133" w:type="dxa"/>
            <w:tcBorders>
              <w:top w:val="single" w:sz="6" w:space="0" w:color="1A2E4A"/>
              <w:left w:val="single" w:sz="6" w:space="0" w:color="1A2E4A"/>
              <w:bottom w:val="single" w:sz="6" w:space="0" w:color="1A2E4A"/>
              <w:right w:val="single" w:sz="6" w:space="0" w:color="1A2E4A"/>
            </w:tcBorders>
          </w:tcPr>
          <w:p w14:paraId="6E07A974" w14:textId="77777777" w:rsidR="00C67133" w:rsidRDefault="00C67133">
            <w:pPr>
              <w:spacing w:after="40"/>
            </w:pPr>
          </w:p>
        </w:tc>
      </w:tr>
    </w:tbl>
    <w:p w14:paraId="1739922B" w14:textId="77777777" w:rsidR="00C67133" w:rsidRDefault="00C67133">
      <w:pPr>
        <w:spacing w:after="60"/>
      </w:pPr>
    </w:p>
    <w:tbl>
      <w:tblPr>
        <w:tblW w:w="0" w:type="auto"/>
        <w:tblLook w:val="04A0" w:firstRow="1" w:lastRow="0" w:firstColumn="1" w:lastColumn="0" w:noHBand="0" w:noVBand="1"/>
      </w:tblPr>
      <w:tblGrid>
        <w:gridCol w:w="2165"/>
        <w:gridCol w:w="4133"/>
      </w:tblGrid>
      <w:tr w:rsidR="00C67133" w14:paraId="1AECF44F" w14:textId="77777777">
        <w:tc>
          <w:tcPr>
            <w:tcW w:w="2165" w:type="dxa"/>
            <w:vAlign w:val="center"/>
          </w:tcPr>
          <w:p w14:paraId="16A93E4F" w14:textId="77777777" w:rsidR="00C67133" w:rsidRDefault="00CA2580">
            <w:pPr>
              <w:spacing w:after="40"/>
            </w:pPr>
            <w:r>
              <w:rPr>
                <w:b/>
                <w:color w:val="1A2E4A"/>
                <w:sz w:val="20"/>
              </w:rPr>
              <w:t>Date:</w:t>
            </w:r>
          </w:p>
        </w:tc>
        <w:tc>
          <w:tcPr>
            <w:tcW w:w="4133" w:type="dxa"/>
            <w:tcBorders>
              <w:top w:val="single" w:sz="6" w:space="0" w:color="1A2E4A"/>
              <w:left w:val="single" w:sz="6" w:space="0" w:color="1A2E4A"/>
              <w:bottom w:val="single" w:sz="6" w:space="0" w:color="1A2E4A"/>
              <w:right w:val="single" w:sz="6" w:space="0" w:color="1A2E4A"/>
            </w:tcBorders>
          </w:tcPr>
          <w:p w14:paraId="75C8297F" w14:textId="77777777" w:rsidR="00C67133" w:rsidRDefault="00CA2580">
            <w:pPr>
              <w:spacing w:after="40"/>
            </w:pPr>
            <w:r>
              <w:rPr>
                <w:i/>
                <w:color w:val="B4B4B4"/>
                <w:sz w:val="18"/>
              </w:rPr>
              <w:t>DD/MM/YYYY</w:t>
            </w:r>
          </w:p>
        </w:tc>
      </w:tr>
    </w:tbl>
    <w:p w14:paraId="0F654841" w14:textId="77777777" w:rsidR="00C67133" w:rsidRDefault="00C67133">
      <w:pPr>
        <w:spacing w:after="60"/>
      </w:pPr>
    </w:p>
    <w:p w14:paraId="3B919904" w14:textId="77777777" w:rsidR="00C67133" w:rsidRDefault="00CA2580">
      <w:pPr>
        <w:pBdr>
          <w:bottom w:val="single" w:sz="6" w:space="1" w:color="D48B06"/>
        </w:pBdr>
        <w:spacing w:before="200" w:after="80"/>
      </w:pPr>
      <w:r>
        <w:rPr>
          <w:b/>
          <w:color w:val="1A2E4A"/>
          <w:sz w:val="26"/>
        </w:rPr>
        <w:t>What Happens Next?</w:t>
      </w:r>
    </w:p>
    <w:p w14:paraId="5BA7F928" w14:textId="77777777" w:rsidR="00C67133" w:rsidRDefault="00CA2580">
      <w:pPr>
        <w:spacing w:before="40" w:after="60"/>
      </w:pPr>
      <w:r>
        <w:rPr>
          <w:b/>
          <w:color w:val="D48B06"/>
          <w:sz w:val="20"/>
        </w:rPr>
        <w:t xml:space="preserve">◆  </w:t>
      </w:r>
      <w:r>
        <w:rPr>
          <w:color w:val="4A4A4A"/>
          <w:sz w:val="20"/>
        </w:rPr>
        <w:t>We will acknowledge receipt of your complaint within 30 days.</w:t>
      </w:r>
    </w:p>
    <w:p w14:paraId="560E510A" w14:textId="77777777" w:rsidR="00C67133" w:rsidRDefault="00CA2580">
      <w:pPr>
        <w:spacing w:before="40" w:after="60"/>
      </w:pPr>
      <w:r>
        <w:rPr>
          <w:b/>
          <w:color w:val="D48B06"/>
          <w:sz w:val="20"/>
        </w:rPr>
        <w:t xml:space="preserve">◆  </w:t>
      </w:r>
      <w:r>
        <w:rPr>
          <w:color w:val="4A4A4A"/>
          <w:sz w:val="20"/>
        </w:rPr>
        <w:t>We will investigate your concerns without undue delay and keep you informed of our progress.</w:t>
      </w:r>
    </w:p>
    <w:p w14:paraId="7E47E0D8" w14:textId="77777777" w:rsidR="00C67133" w:rsidRDefault="00CA2580">
      <w:pPr>
        <w:spacing w:before="40" w:after="60"/>
      </w:pPr>
      <w:r>
        <w:rPr>
          <w:b/>
          <w:color w:val="D48B06"/>
          <w:sz w:val="20"/>
        </w:rPr>
        <w:t xml:space="preserve">◆  </w:t>
      </w:r>
      <w:r>
        <w:rPr>
          <w:color w:val="4A4A4A"/>
          <w:sz w:val="20"/>
        </w:rPr>
        <w:t>We may contact you if we need further information to assist with our investigation.</w:t>
      </w:r>
    </w:p>
    <w:p w14:paraId="2689B41C" w14:textId="77777777" w:rsidR="00C67133" w:rsidRDefault="00CA2580">
      <w:pPr>
        <w:spacing w:before="40" w:after="60"/>
      </w:pPr>
      <w:r>
        <w:rPr>
          <w:b/>
          <w:color w:val="D48B06"/>
          <w:sz w:val="20"/>
        </w:rPr>
        <w:t xml:space="preserve">◆  </w:t>
      </w:r>
      <w:r>
        <w:rPr>
          <w:color w:val="4A4A4A"/>
          <w:sz w:val="20"/>
        </w:rPr>
        <w:t>If you remain dissatisfied after we have responded, you may raise your concerns with the Information Commissioner's Office (ICO) at www.ico.org.uk or by calling 0303 123 1113.</w:t>
      </w:r>
    </w:p>
    <w:p w14:paraId="0BCF508B" w14:textId="1FDCE0F6" w:rsidR="00C67133" w:rsidRDefault="006605D9">
      <w:pPr>
        <w:spacing w:before="120" w:after="120"/>
      </w:pPr>
      <w:r>
        <w:rPr>
          <w:b/>
          <w:color w:val="1A2E4A"/>
          <w:sz w:val="20"/>
        </w:rPr>
        <w:t xml:space="preserve">.Please return this completed form to: </w:t>
      </w:r>
      <w:r>
        <w:rPr>
          <w:b/>
          <w:color w:val="D48B06"/>
          <w:sz w:val="20"/>
        </w:rPr>
        <w:t>Hello@rainbowtreespathway.co.uk</w:t>
      </w:r>
    </w:p>
    <w:p w14:paraId="2B51AB15" w14:textId="77777777" w:rsidR="00C67133" w:rsidRDefault="00CA2580">
      <w:r>
        <w:br w:type="page"/>
      </w:r>
    </w:p>
    <w:p w14:paraId="771CFC26" w14:textId="77777777" w:rsidR="00C67133" w:rsidRDefault="00CA2580">
      <w:pPr>
        <w:shd w:val="clear" w:color="auto" w:fill="1A2E4A"/>
        <w:spacing w:before="120" w:after="120"/>
        <w:jc w:val="center"/>
      </w:pPr>
      <w:r>
        <w:rPr>
          <w:b/>
          <w:color w:val="FFFFFF"/>
          <w:sz w:val="28"/>
        </w:rPr>
        <w:lastRenderedPageBreak/>
        <w:t>INTERNAL USE ONLY — NOT FOR DISTRIBUTION</w:t>
      </w:r>
    </w:p>
    <w:p w14:paraId="2E022E80" w14:textId="77777777" w:rsidR="00C67133" w:rsidRDefault="00CA2580">
      <w:pPr>
        <w:spacing w:before="120" w:after="160"/>
      </w:pPr>
      <w:r>
        <w:rPr>
          <w:i/>
          <w:color w:val="4A4A4A"/>
          <w:sz w:val="20"/>
        </w:rPr>
        <w:t>Complete this section when the complaint is received. This page forms part of the organisation's audit trail.</w:t>
      </w:r>
    </w:p>
    <w:tbl>
      <w:tblPr>
        <w:tblW w:w="0" w:type="auto"/>
        <w:tblLook w:val="04A0" w:firstRow="1" w:lastRow="0" w:firstColumn="1" w:lastColumn="0" w:noHBand="0" w:noVBand="1"/>
      </w:tblPr>
      <w:tblGrid>
        <w:gridCol w:w="2165"/>
        <w:gridCol w:w="4133"/>
      </w:tblGrid>
      <w:tr w:rsidR="00C67133" w14:paraId="059B27AC" w14:textId="77777777">
        <w:tc>
          <w:tcPr>
            <w:tcW w:w="2165" w:type="dxa"/>
            <w:vAlign w:val="center"/>
          </w:tcPr>
          <w:p w14:paraId="24BE9F2C" w14:textId="77777777" w:rsidR="00C67133" w:rsidRDefault="00CA2580">
            <w:pPr>
              <w:spacing w:after="40"/>
            </w:pPr>
            <w:r>
              <w:rPr>
                <w:b/>
                <w:color w:val="1A2E4A"/>
                <w:sz w:val="20"/>
              </w:rPr>
              <w:t>Complaint Reference Number:</w:t>
            </w:r>
          </w:p>
        </w:tc>
        <w:tc>
          <w:tcPr>
            <w:tcW w:w="4133" w:type="dxa"/>
            <w:tcBorders>
              <w:top w:val="single" w:sz="6" w:space="0" w:color="1A2E4A"/>
              <w:left w:val="single" w:sz="6" w:space="0" w:color="1A2E4A"/>
              <w:bottom w:val="single" w:sz="6" w:space="0" w:color="1A2E4A"/>
              <w:right w:val="single" w:sz="6" w:space="0" w:color="1A2E4A"/>
            </w:tcBorders>
          </w:tcPr>
          <w:p w14:paraId="3FED1714" w14:textId="77777777" w:rsidR="00C67133" w:rsidRDefault="00C67133">
            <w:pPr>
              <w:spacing w:after="40"/>
            </w:pPr>
          </w:p>
        </w:tc>
      </w:tr>
    </w:tbl>
    <w:p w14:paraId="2C4D96F3" w14:textId="77777777" w:rsidR="00C67133" w:rsidRDefault="00C67133">
      <w:pPr>
        <w:spacing w:after="60"/>
      </w:pPr>
    </w:p>
    <w:tbl>
      <w:tblPr>
        <w:tblW w:w="0" w:type="auto"/>
        <w:tblLook w:val="04A0" w:firstRow="1" w:lastRow="0" w:firstColumn="1" w:lastColumn="0" w:noHBand="0" w:noVBand="1"/>
      </w:tblPr>
      <w:tblGrid>
        <w:gridCol w:w="2165"/>
        <w:gridCol w:w="4133"/>
      </w:tblGrid>
      <w:tr w:rsidR="00C67133" w14:paraId="72950E7C" w14:textId="77777777">
        <w:tc>
          <w:tcPr>
            <w:tcW w:w="2165" w:type="dxa"/>
            <w:vAlign w:val="center"/>
          </w:tcPr>
          <w:p w14:paraId="37A4BB39" w14:textId="77777777" w:rsidR="00C67133" w:rsidRDefault="00CA2580">
            <w:pPr>
              <w:spacing w:after="40"/>
            </w:pPr>
            <w:r>
              <w:rPr>
                <w:b/>
                <w:color w:val="1A2E4A"/>
                <w:sz w:val="20"/>
              </w:rPr>
              <w:t>Date Received:</w:t>
            </w:r>
          </w:p>
        </w:tc>
        <w:tc>
          <w:tcPr>
            <w:tcW w:w="4133" w:type="dxa"/>
            <w:tcBorders>
              <w:top w:val="single" w:sz="6" w:space="0" w:color="1A2E4A"/>
              <w:left w:val="single" w:sz="6" w:space="0" w:color="1A2E4A"/>
              <w:bottom w:val="single" w:sz="6" w:space="0" w:color="1A2E4A"/>
              <w:right w:val="single" w:sz="6" w:space="0" w:color="1A2E4A"/>
            </w:tcBorders>
          </w:tcPr>
          <w:p w14:paraId="45AF5678" w14:textId="77777777" w:rsidR="00C67133" w:rsidRDefault="00C67133">
            <w:pPr>
              <w:spacing w:after="40"/>
            </w:pPr>
          </w:p>
        </w:tc>
      </w:tr>
    </w:tbl>
    <w:p w14:paraId="5B59A388" w14:textId="77777777" w:rsidR="00C67133" w:rsidRDefault="00C67133">
      <w:pPr>
        <w:spacing w:after="60"/>
      </w:pPr>
    </w:p>
    <w:tbl>
      <w:tblPr>
        <w:tblW w:w="0" w:type="auto"/>
        <w:tblLook w:val="04A0" w:firstRow="1" w:lastRow="0" w:firstColumn="1" w:lastColumn="0" w:noHBand="0" w:noVBand="1"/>
      </w:tblPr>
      <w:tblGrid>
        <w:gridCol w:w="2165"/>
        <w:gridCol w:w="4133"/>
      </w:tblGrid>
      <w:tr w:rsidR="00C67133" w14:paraId="7EC34EF6" w14:textId="77777777">
        <w:tc>
          <w:tcPr>
            <w:tcW w:w="2165" w:type="dxa"/>
            <w:vAlign w:val="center"/>
          </w:tcPr>
          <w:p w14:paraId="18E3753F" w14:textId="77777777" w:rsidR="00C67133" w:rsidRDefault="00CA2580">
            <w:pPr>
              <w:spacing w:after="40"/>
            </w:pPr>
            <w:r>
              <w:rPr>
                <w:b/>
                <w:color w:val="1A2E4A"/>
                <w:sz w:val="20"/>
              </w:rPr>
              <w:t>Received By (Name):</w:t>
            </w:r>
          </w:p>
        </w:tc>
        <w:tc>
          <w:tcPr>
            <w:tcW w:w="4133" w:type="dxa"/>
            <w:tcBorders>
              <w:top w:val="single" w:sz="6" w:space="0" w:color="1A2E4A"/>
              <w:left w:val="single" w:sz="6" w:space="0" w:color="1A2E4A"/>
              <w:bottom w:val="single" w:sz="6" w:space="0" w:color="1A2E4A"/>
              <w:right w:val="single" w:sz="6" w:space="0" w:color="1A2E4A"/>
            </w:tcBorders>
          </w:tcPr>
          <w:p w14:paraId="6915A762" w14:textId="77777777" w:rsidR="00C67133" w:rsidRDefault="00C67133">
            <w:pPr>
              <w:spacing w:after="40"/>
            </w:pPr>
          </w:p>
        </w:tc>
      </w:tr>
    </w:tbl>
    <w:p w14:paraId="25B936F1" w14:textId="77777777" w:rsidR="00C67133" w:rsidRDefault="00C67133">
      <w:pPr>
        <w:spacing w:after="60"/>
      </w:pPr>
    </w:p>
    <w:tbl>
      <w:tblPr>
        <w:tblW w:w="0" w:type="auto"/>
        <w:tblLook w:val="04A0" w:firstRow="1" w:lastRow="0" w:firstColumn="1" w:lastColumn="0" w:noHBand="0" w:noVBand="1"/>
      </w:tblPr>
      <w:tblGrid>
        <w:gridCol w:w="2165"/>
        <w:gridCol w:w="4133"/>
      </w:tblGrid>
      <w:tr w:rsidR="00C67133" w14:paraId="30D56694" w14:textId="77777777">
        <w:tc>
          <w:tcPr>
            <w:tcW w:w="2165" w:type="dxa"/>
            <w:vAlign w:val="center"/>
          </w:tcPr>
          <w:p w14:paraId="4D7D93E4" w14:textId="77777777" w:rsidR="00C67133" w:rsidRDefault="00CA2580">
            <w:pPr>
              <w:spacing w:after="40"/>
            </w:pPr>
            <w:r>
              <w:rPr>
                <w:b/>
                <w:color w:val="1A2E4A"/>
                <w:sz w:val="20"/>
              </w:rPr>
              <w:t>Assigned Investigator:</w:t>
            </w:r>
          </w:p>
        </w:tc>
        <w:tc>
          <w:tcPr>
            <w:tcW w:w="4133" w:type="dxa"/>
            <w:tcBorders>
              <w:top w:val="single" w:sz="6" w:space="0" w:color="1A2E4A"/>
              <w:left w:val="single" w:sz="6" w:space="0" w:color="1A2E4A"/>
              <w:bottom w:val="single" w:sz="6" w:space="0" w:color="1A2E4A"/>
              <w:right w:val="single" w:sz="6" w:space="0" w:color="1A2E4A"/>
            </w:tcBorders>
          </w:tcPr>
          <w:p w14:paraId="659F7196" w14:textId="77777777" w:rsidR="00C67133" w:rsidRDefault="00C67133">
            <w:pPr>
              <w:spacing w:after="40"/>
            </w:pPr>
          </w:p>
        </w:tc>
      </w:tr>
    </w:tbl>
    <w:p w14:paraId="05CD0280" w14:textId="77777777" w:rsidR="00C67133" w:rsidRDefault="00C67133">
      <w:pPr>
        <w:spacing w:after="60"/>
      </w:pPr>
    </w:p>
    <w:tbl>
      <w:tblPr>
        <w:tblW w:w="0" w:type="auto"/>
        <w:tblLook w:val="04A0" w:firstRow="1" w:lastRow="0" w:firstColumn="1" w:lastColumn="0" w:noHBand="0" w:noVBand="1"/>
      </w:tblPr>
      <w:tblGrid>
        <w:gridCol w:w="2165"/>
        <w:gridCol w:w="4133"/>
      </w:tblGrid>
      <w:tr w:rsidR="00C67133" w14:paraId="75CCDBEB" w14:textId="77777777">
        <w:tc>
          <w:tcPr>
            <w:tcW w:w="2165" w:type="dxa"/>
            <w:vAlign w:val="center"/>
          </w:tcPr>
          <w:p w14:paraId="24E5ADF6" w14:textId="77777777" w:rsidR="00C67133" w:rsidRDefault="00CA2580">
            <w:pPr>
              <w:spacing w:after="40"/>
            </w:pPr>
            <w:r>
              <w:rPr>
                <w:b/>
                <w:color w:val="1A2E4A"/>
                <w:sz w:val="20"/>
              </w:rPr>
              <w:t>Date Acknowledged (must be within 30 days of receipt):</w:t>
            </w:r>
          </w:p>
        </w:tc>
        <w:tc>
          <w:tcPr>
            <w:tcW w:w="4133" w:type="dxa"/>
            <w:tcBorders>
              <w:top w:val="single" w:sz="6" w:space="0" w:color="1A2E4A"/>
              <w:left w:val="single" w:sz="6" w:space="0" w:color="1A2E4A"/>
              <w:bottom w:val="single" w:sz="6" w:space="0" w:color="1A2E4A"/>
              <w:right w:val="single" w:sz="6" w:space="0" w:color="1A2E4A"/>
            </w:tcBorders>
          </w:tcPr>
          <w:p w14:paraId="1A4F7875" w14:textId="77777777" w:rsidR="00C67133" w:rsidRDefault="00C67133">
            <w:pPr>
              <w:spacing w:after="40"/>
            </w:pPr>
          </w:p>
        </w:tc>
      </w:tr>
    </w:tbl>
    <w:p w14:paraId="4F1DC825" w14:textId="77777777" w:rsidR="00C67133" w:rsidRDefault="00C67133">
      <w:pPr>
        <w:spacing w:after="60"/>
      </w:pPr>
    </w:p>
    <w:tbl>
      <w:tblPr>
        <w:tblW w:w="0" w:type="auto"/>
        <w:tblLook w:val="04A0" w:firstRow="1" w:lastRow="0" w:firstColumn="1" w:lastColumn="0" w:noHBand="0" w:noVBand="1"/>
      </w:tblPr>
      <w:tblGrid>
        <w:gridCol w:w="2165"/>
        <w:gridCol w:w="4133"/>
      </w:tblGrid>
      <w:tr w:rsidR="00C67133" w14:paraId="795088BA" w14:textId="77777777">
        <w:tc>
          <w:tcPr>
            <w:tcW w:w="2165" w:type="dxa"/>
            <w:vAlign w:val="center"/>
          </w:tcPr>
          <w:p w14:paraId="4494245C" w14:textId="77777777" w:rsidR="00C67133" w:rsidRDefault="00CA2580">
            <w:pPr>
              <w:spacing w:after="40"/>
            </w:pPr>
            <w:r>
              <w:rPr>
                <w:b/>
                <w:color w:val="1A2E4A"/>
                <w:sz w:val="20"/>
              </w:rPr>
              <w:t>Acknowledgement Due Date:</w:t>
            </w:r>
          </w:p>
        </w:tc>
        <w:tc>
          <w:tcPr>
            <w:tcW w:w="4133" w:type="dxa"/>
            <w:tcBorders>
              <w:top w:val="single" w:sz="6" w:space="0" w:color="1A2E4A"/>
              <w:left w:val="single" w:sz="6" w:space="0" w:color="1A2E4A"/>
              <w:bottom w:val="single" w:sz="6" w:space="0" w:color="1A2E4A"/>
              <w:right w:val="single" w:sz="6" w:space="0" w:color="1A2E4A"/>
            </w:tcBorders>
          </w:tcPr>
          <w:p w14:paraId="0243AD00" w14:textId="77777777" w:rsidR="00C67133" w:rsidRDefault="00C67133">
            <w:pPr>
              <w:spacing w:after="40"/>
            </w:pPr>
          </w:p>
        </w:tc>
      </w:tr>
    </w:tbl>
    <w:p w14:paraId="219A3C77" w14:textId="77777777" w:rsidR="00C67133" w:rsidRDefault="00C67133">
      <w:pPr>
        <w:spacing w:after="60"/>
      </w:pPr>
    </w:p>
    <w:tbl>
      <w:tblPr>
        <w:tblW w:w="0" w:type="auto"/>
        <w:tblLook w:val="04A0" w:firstRow="1" w:lastRow="0" w:firstColumn="1" w:lastColumn="0" w:noHBand="0" w:noVBand="1"/>
      </w:tblPr>
      <w:tblGrid>
        <w:gridCol w:w="2165"/>
        <w:gridCol w:w="4133"/>
      </w:tblGrid>
      <w:tr w:rsidR="00C67133" w14:paraId="31296A2D" w14:textId="77777777">
        <w:tc>
          <w:tcPr>
            <w:tcW w:w="2165" w:type="dxa"/>
            <w:vAlign w:val="center"/>
          </w:tcPr>
          <w:p w14:paraId="350E5335" w14:textId="77777777" w:rsidR="00C67133" w:rsidRDefault="00CA2580">
            <w:pPr>
              <w:spacing w:after="40"/>
            </w:pPr>
            <w:r>
              <w:rPr>
                <w:b/>
                <w:color w:val="1A2E4A"/>
                <w:sz w:val="20"/>
              </w:rPr>
              <w:t>Response Due Date:</w:t>
            </w:r>
          </w:p>
        </w:tc>
        <w:tc>
          <w:tcPr>
            <w:tcW w:w="4133" w:type="dxa"/>
            <w:tcBorders>
              <w:top w:val="single" w:sz="6" w:space="0" w:color="1A2E4A"/>
              <w:left w:val="single" w:sz="6" w:space="0" w:color="1A2E4A"/>
              <w:bottom w:val="single" w:sz="6" w:space="0" w:color="1A2E4A"/>
              <w:right w:val="single" w:sz="6" w:space="0" w:color="1A2E4A"/>
            </w:tcBorders>
          </w:tcPr>
          <w:p w14:paraId="019AF804" w14:textId="77777777" w:rsidR="00C67133" w:rsidRDefault="00C67133">
            <w:pPr>
              <w:spacing w:after="40"/>
            </w:pPr>
          </w:p>
        </w:tc>
      </w:tr>
    </w:tbl>
    <w:p w14:paraId="1CDB0715" w14:textId="77777777" w:rsidR="00C67133" w:rsidRDefault="00C67133">
      <w:pPr>
        <w:spacing w:after="60"/>
      </w:pPr>
    </w:p>
    <w:tbl>
      <w:tblPr>
        <w:tblW w:w="0" w:type="auto"/>
        <w:tblLook w:val="04A0" w:firstRow="1" w:lastRow="0" w:firstColumn="1" w:lastColumn="0" w:noHBand="0" w:noVBand="1"/>
      </w:tblPr>
      <w:tblGrid>
        <w:gridCol w:w="2165"/>
        <w:gridCol w:w="4133"/>
      </w:tblGrid>
      <w:tr w:rsidR="00C67133" w14:paraId="54C98FF4" w14:textId="77777777">
        <w:tc>
          <w:tcPr>
            <w:tcW w:w="2165" w:type="dxa"/>
            <w:vAlign w:val="center"/>
          </w:tcPr>
          <w:p w14:paraId="19AB8197" w14:textId="77777777" w:rsidR="00C67133" w:rsidRDefault="00CA2580">
            <w:pPr>
              <w:spacing w:after="40"/>
            </w:pPr>
            <w:r>
              <w:rPr>
                <w:b/>
                <w:color w:val="1A2E4A"/>
                <w:sz w:val="20"/>
              </w:rPr>
              <w:t>Outcome:</w:t>
            </w:r>
          </w:p>
        </w:tc>
        <w:tc>
          <w:tcPr>
            <w:tcW w:w="4133" w:type="dxa"/>
            <w:tcBorders>
              <w:top w:val="single" w:sz="6" w:space="0" w:color="1A2E4A"/>
              <w:left w:val="single" w:sz="6" w:space="0" w:color="1A2E4A"/>
              <w:bottom w:val="single" w:sz="6" w:space="0" w:color="1A2E4A"/>
              <w:right w:val="single" w:sz="6" w:space="0" w:color="1A2E4A"/>
            </w:tcBorders>
          </w:tcPr>
          <w:p w14:paraId="63974E97" w14:textId="77777777" w:rsidR="00C67133" w:rsidRDefault="00C67133">
            <w:pPr>
              <w:spacing w:after="40"/>
            </w:pPr>
          </w:p>
          <w:p w14:paraId="3EAED90D" w14:textId="77777777" w:rsidR="00C67133" w:rsidRDefault="00C67133"/>
        </w:tc>
      </w:tr>
    </w:tbl>
    <w:p w14:paraId="53A46160" w14:textId="77777777" w:rsidR="00C67133" w:rsidRDefault="00C67133">
      <w:pPr>
        <w:spacing w:after="60"/>
      </w:pPr>
    </w:p>
    <w:tbl>
      <w:tblPr>
        <w:tblW w:w="0" w:type="auto"/>
        <w:tblLook w:val="04A0" w:firstRow="1" w:lastRow="0" w:firstColumn="1" w:lastColumn="0" w:noHBand="0" w:noVBand="1"/>
      </w:tblPr>
      <w:tblGrid>
        <w:gridCol w:w="2165"/>
        <w:gridCol w:w="4133"/>
      </w:tblGrid>
      <w:tr w:rsidR="00C67133" w14:paraId="77F22149" w14:textId="77777777">
        <w:tc>
          <w:tcPr>
            <w:tcW w:w="2165" w:type="dxa"/>
            <w:vAlign w:val="center"/>
          </w:tcPr>
          <w:p w14:paraId="643882A1" w14:textId="77777777" w:rsidR="00C67133" w:rsidRDefault="00CA2580">
            <w:pPr>
              <w:spacing w:after="40"/>
            </w:pPr>
            <w:r>
              <w:rPr>
                <w:b/>
                <w:color w:val="1A2E4A"/>
                <w:sz w:val="20"/>
              </w:rPr>
              <w:t>Lessons Learned / Actions Taken:</w:t>
            </w:r>
          </w:p>
        </w:tc>
        <w:tc>
          <w:tcPr>
            <w:tcW w:w="4133" w:type="dxa"/>
            <w:tcBorders>
              <w:top w:val="single" w:sz="6" w:space="0" w:color="1A2E4A"/>
              <w:left w:val="single" w:sz="6" w:space="0" w:color="1A2E4A"/>
              <w:bottom w:val="single" w:sz="6" w:space="0" w:color="1A2E4A"/>
              <w:right w:val="single" w:sz="6" w:space="0" w:color="1A2E4A"/>
            </w:tcBorders>
          </w:tcPr>
          <w:p w14:paraId="66F843C3" w14:textId="77777777" w:rsidR="00C67133" w:rsidRDefault="00C67133">
            <w:pPr>
              <w:spacing w:after="40"/>
            </w:pPr>
          </w:p>
          <w:p w14:paraId="5D4C718B" w14:textId="77777777" w:rsidR="00C67133" w:rsidRDefault="00C67133"/>
          <w:p w14:paraId="58ACDC4D" w14:textId="77777777" w:rsidR="00C67133" w:rsidRDefault="00C67133"/>
          <w:p w14:paraId="7A8C6B02" w14:textId="77777777" w:rsidR="00C67133" w:rsidRDefault="00C67133"/>
        </w:tc>
      </w:tr>
    </w:tbl>
    <w:p w14:paraId="1EF3ED93" w14:textId="77777777" w:rsidR="00C67133" w:rsidRDefault="00C67133">
      <w:pPr>
        <w:spacing w:after="60"/>
      </w:pPr>
    </w:p>
    <w:tbl>
      <w:tblPr>
        <w:tblW w:w="0" w:type="auto"/>
        <w:tblLook w:val="04A0" w:firstRow="1" w:lastRow="0" w:firstColumn="1" w:lastColumn="0" w:noHBand="0" w:noVBand="1"/>
      </w:tblPr>
      <w:tblGrid>
        <w:gridCol w:w="2165"/>
        <w:gridCol w:w="4133"/>
      </w:tblGrid>
      <w:tr w:rsidR="00C67133" w14:paraId="05D231B4" w14:textId="77777777">
        <w:tc>
          <w:tcPr>
            <w:tcW w:w="2165" w:type="dxa"/>
            <w:vAlign w:val="center"/>
          </w:tcPr>
          <w:p w14:paraId="0EEDE437" w14:textId="77777777" w:rsidR="00C67133" w:rsidRDefault="00CA2580">
            <w:pPr>
              <w:spacing w:after="40"/>
            </w:pPr>
            <w:r>
              <w:rPr>
                <w:b/>
                <w:color w:val="1A2E4A"/>
                <w:sz w:val="20"/>
              </w:rPr>
              <w:t>Date Closed:</w:t>
            </w:r>
          </w:p>
        </w:tc>
        <w:tc>
          <w:tcPr>
            <w:tcW w:w="4133" w:type="dxa"/>
            <w:tcBorders>
              <w:top w:val="single" w:sz="6" w:space="0" w:color="1A2E4A"/>
              <w:left w:val="single" w:sz="6" w:space="0" w:color="1A2E4A"/>
              <w:bottom w:val="single" w:sz="6" w:space="0" w:color="1A2E4A"/>
              <w:right w:val="single" w:sz="6" w:space="0" w:color="1A2E4A"/>
            </w:tcBorders>
          </w:tcPr>
          <w:p w14:paraId="5758D437" w14:textId="77777777" w:rsidR="00C67133" w:rsidRDefault="00C67133">
            <w:pPr>
              <w:spacing w:after="40"/>
            </w:pPr>
          </w:p>
        </w:tc>
      </w:tr>
    </w:tbl>
    <w:p w14:paraId="6BC97332" w14:textId="77777777" w:rsidR="00C67133" w:rsidRDefault="00C67133">
      <w:pPr>
        <w:spacing w:after="60"/>
      </w:pPr>
    </w:p>
    <w:p w14:paraId="2A5536D5" w14:textId="77777777" w:rsidR="00C67133" w:rsidRDefault="00C67133">
      <w:pPr>
        <w:spacing w:before="200" w:after="0"/>
      </w:pPr>
    </w:p>
    <w:tbl>
      <w:tblPr>
        <w:tblW w:w="0" w:type="auto"/>
        <w:tblLook w:val="04A0" w:firstRow="1" w:lastRow="0" w:firstColumn="1" w:lastColumn="0" w:noHBand="0" w:noVBand="1"/>
      </w:tblPr>
      <w:tblGrid>
        <w:gridCol w:w="9056"/>
      </w:tblGrid>
      <w:tr w:rsidR="00C67133" w14:paraId="0CC70AC4" w14:textId="77777777">
        <w:tc>
          <w:tcPr>
            <w:tcW w:w="9066" w:type="dxa"/>
            <w:tcBorders>
              <w:top w:val="single" w:sz="4" w:space="0" w:color="1A2E4A"/>
              <w:left w:val="single" w:sz="4" w:space="0" w:color="1A2E4A"/>
              <w:bottom w:val="single" w:sz="4" w:space="0" w:color="1A2E4A"/>
              <w:right w:val="single" w:sz="4" w:space="0" w:color="1A2E4A"/>
            </w:tcBorders>
            <w:shd w:val="clear" w:color="auto" w:fill="FFF8EC"/>
          </w:tcPr>
          <w:p w14:paraId="222551FD" w14:textId="77777777" w:rsidR="00C67133" w:rsidRDefault="00CA2580">
            <w:pPr>
              <w:spacing w:before="80" w:after="80"/>
              <w:ind w:left="170"/>
            </w:pPr>
            <w:r>
              <w:rPr>
                <w:b/>
                <w:color w:val="D48B06"/>
                <w:sz w:val="20"/>
              </w:rPr>
              <w:t xml:space="preserve">Disclaimer:  </w:t>
            </w:r>
            <w:r>
              <w:rPr>
                <w:i/>
                <w:color w:val="4A4A4A"/>
                <w:sz w:val="20"/>
              </w:rPr>
              <w:t xml:space="preserve">This form is provided for general guidance purposes only and does not constitute legal advice. Organisations should ensure their complaint handling procedures comply with the Data (Use and </w:t>
            </w:r>
            <w:r>
              <w:rPr>
                <w:i/>
                <w:color w:val="4A4A4A"/>
                <w:sz w:val="20"/>
              </w:rPr>
              <w:lastRenderedPageBreak/>
              <w:t>Access) Act 2025, the UK GDPR, and the Data Protection Act 2018. It must not be copied, shared, distributed, or resold without prior written permission from Employment with Amy.</w:t>
            </w:r>
          </w:p>
        </w:tc>
      </w:tr>
    </w:tbl>
    <w:p w14:paraId="4AF4A8FD" w14:textId="77777777" w:rsidR="00C67133" w:rsidRDefault="00C67133">
      <w:pPr>
        <w:spacing w:after="120"/>
      </w:pPr>
    </w:p>
    <w:p w14:paraId="2703DD0F" w14:textId="77777777" w:rsidR="00C67133" w:rsidRDefault="00CA2580">
      <w:pPr>
        <w:spacing w:before="200" w:after="80"/>
      </w:pPr>
      <w:r>
        <w:rPr>
          <w:b/>
          <w:color w:val="1A2E4A"/>
          <w:sz w:val="24"/>
        </w:rPr>
        <w:t>Document Review Record</w:t>
      </w:r>
    </w:p>
    <w:tbl>
      <w:tblPr>
        <w:tblStyle w:val="TableGrid"/>
        <w:tblW w:w="0" w:type="auto"/>
        <w:tblLook w:val="04A0" w:firstRow="1" w:lastRow="0" w:firstColumn="1" w:lastColumn="0" w:noHBand="0" w:noVBand="1"/>
      </w:tblPr>
      <w:tblGrid>
        <w:gridCol w:w="2165"/>
        <w:gridCol w:w="4133"/>
      </w:tblGrid>
      <w:tr w:rsidR="00C67133" w14:paraId="798A9530" w14:textId="77777777">
        <w:tc>
          <w:tcPr>
            <w:tcW w:w="2165" w:type="dxa"/>
            <w:shd w:val="clear" w:color="auto" w:fill="EAF0FB"/>
          </w:tcPr>
          <w:p w14:paraId="5A44588C" w14:textId="77777777" w:rsidR="00C67133" w:rsidRDefault="00CA2580">
            <w:r>
              <w:rPr>
                <w:b/>
                <w:color w:val="1A2E4A"/>
                <w:sz w:val="20"/>
              </w:rPr>
              <w:t>Document Title</w:t>
            </w:r>
          </w:p>
        </w:tc>
        <w:tc>
          <w:tcPr>
            <w:tcW w:w="4133" w:type="dxa"/>
          </w:tcPr>
          <w:p w14:paraId="0B05D35F" w14:textId="77777777" w:rsidR="00C67133" w:rsidRDefault="00C67133"/>
        </w:tc>
      </w:tr>
      <w:tr w:rsidR="00C67133" w14:paraId="7B3D116A" w14:textId="77777777">
        <w:tc>
          <w:tcPr>
            <w:tcW w:w="2165" w:type="dxa"/>
            <w:shd w:val="clear" w:color="auto" w:fill="EAF0FB"/>
          </w:tcPr>
          <w:p w14:paraId="548A3CAF" w14:textId="77777777" w:rsidR="00C67133" w:rsidRDefault="00CA2580">
            <w:r>
              <w:rPr>
                <w:b/>
                <w:color w:val="1A2E4A"/>
                <w:sz w:val="20"/>
              </w:rPr>
              <w:t>Review Date</w:t>
            </w:r>
          </w:p>
        </w:tc>
        <w:tc>
          <w:tcPr>
            <w:tcW w:w="4133" w:type="dxa"/>
          </w:tcPr>
          <w:p w14:paraId="5646F54B" w14:textId="77777777" w:rsidR="00C67133" w:rsidRDefault="00C67133"/>
        </w:tc>
      </w:tr>
      <w:tr w:rsidR="00C67133" w14:paraId="35CCE1EE" w14:textId="77777777">
        <w:tc>
          <w:tcPr>
            <w:tcW w:w="2165" w:type="dxa"/>
            <w:shd w:val="clear" w:color="auto" w:fill="EAF0FB"/>
          </w:tcPr>
          <w:p w14:paraId="70D2012C" w14:textId="77777777" w:rsidR="00C67133" w:rsidRDefault="00CA2580">
            <w:r>
              <w:rPr>
                <w:b/>
                <w:color w:val="1A2E4A"/>
                <w:sz w:val="20"/>
              </w:rPr>
              <w:t>Reviewed By (Name)</w:t>
            </w:r>
          </w:p>
        </w:tc>
        <w:tc>
          <w:tcPr>
            <w:tcW w:w="4133" w:type="dxa"/>
          </w:tcPr>
          <w:p w14:paraId="4383E3F4" w14:textId="77777777" w:rsidR="00C67133" w:rsidRDefault="00C67133"/>
        </w:tc>
      </w:tr>
      <w:tr w:rsidR="00C67133" w14:paraId="23809C39" w14:textId="77777777">
        <w:tc>
          <w:tcPr>
            <w:tcW w:w="2165" w:type="dxa"/>
            <w:shd w:val="clear" w:color="auto" w:fill="EAF0FB"/>
          </w:tcPr>
          <w:p w14:paraId="10043C95" w14:textId="77777777" w:rsidR="00C67133" w:rsidRDefault="00CA2580">
            <w:r>
              <w:rPr>
                <w:b/>
                <w:color w:val="1A2E4A"/>
                <w:sz w:val="20"/>
              </w:rPr>
              <w:t>Reviewed By (Job Title)</w:t>
            </w:r>
          </w:p>
        </w:tc>
        <w:tc>
          <w:tcPr>
            <w:tcW w:w="4133" w:type="dxa"/>
          </w:tcPr>
          <w:p w14:paraId="0D94E0CC" w14:textId="77777777" w:rsidR="00C67133" w:rsidRDefault="00C67133"/>
        </w:tc>
      </w:tr>
      <w:tr w:rsidR="00C67133" w14:paraId="6F6C7E2E" w14:textId="77777777">
        <w:tc>
          <w:tcPr>
            <w:tcW w:w="2165" w:type="dxa"/>
            <w:shd w:val="clear" w:color="auto" w:fill="EAF0FB"/>
          </w:tcPr>
          <w:p w14:paraId="17F5ED55" w14:textId="77777777" w:rsidR="00C67133" w:rsidRDefault="00CA2580">
            <w:r>
              <w:rPr>
                <w:b/>
                <w:color w:val="1A2E4A"/>
                <w:sz w:val="20"/>
              </w:rPr>
              <w:t>Next Review Date</w:t>
            </w:r>
          </w:p>
        </w:tc>
        <w:tc>
          <w:tcPr>
            <w:tcW w:w="4133" w:type="dxa"/>
          </w:tcPr>
          <w:p w14:paraId="509E9950" w14:textId="77777777" w:rsidR="00C67133" w:rsidRDefault="00C67133"/>
        </w:tc>
      </w:tr>
      <w:tr w:rsidR="00C67133" w14:paraId="1FBF0055" w14:textId="77777777">
        <w:tc>
          <w:tcPr>
            <w:tcW w:w="2165" w:type="dxa"/>
            <w:shd w:val="clear" w:color="auto" w:fill="EAF0FB"/>
          </w:tcPr>
          <w:p w14:paraId="3031AF09" w14:textId="77777777" w:rsidR="00C67133" w:rsidRDefault="00CA2580">
            <w:r>
              <w:rPr>
                <w:b/>
                <w:color w:val="1A2E4A"/>
                <w:sz w:val="20"/>
              </w:rPr>
              <w:t>Reason for Review</w:t>
            </w:r>
          </w:p>
        </w:tc>
        <w:tc>
          <w:tcPr>
            <w:tcW w:w="4133" w:type="dxa"/>
          </w:tcPr>
          <w:p w14:paraId="7D14BDB7" w14:textId="77777777" w:rsidR="00C67133" w:rsidRDefault="00C67133"/>
        </w:tc>
      </w:tr>
      <w:tr w:rsidR="00C67133" w14:paraId="01ADEA2A" w14:textId="77777777">
        <w:tc>
          <w:tcPr>
            <w:tcW w:w="2165" w:type="dxa"/>
            <w:shd w:val="clear" w:color="auto" w:fill="EAF0FB"/>
          </w:tcPr>
          <w:p w14:paraId="7D7C7140" w14:textId="77777777" w:rsidR="00C67133" w:rsidRDefault="00CA2580">
            <w:r>
              <w:rPr>
                <w:b/>
                <w:color w:val="1A2E4A"/>
                <w:sz w:val="20"/>
              </w:rPr>
              <w:t>Approved By</w:t>
            </w:r>
          </w:p>
        </w:tc>
        <w:tc>
          <w:tcPr>
            <w:tcW w:w="4133" w:type="dxa"/>
          </w:tcPr>
          <w:p w14:paraId="2A11A32E" w14:textId="77777777" w:rsidR="00C67133" w:rsidRDefault="00C67133"/>
        </w:tc>
      </w:tr>
      <w:tr w:rsidR="00C67133" w14:paraId="5050A787" w14:textId="77777777">
        <w:tc>
          <w:tcPr>
            <w:tcW w:w="2165" w:type="dxa"/>
            <w:shd w:val="clear" w:color="auto" w:fill="EAF0FB"/>
          </w:tcPr>
          <w:p w14:paraId="07FD078E" w14:textId="77777777" w:rsidR="00C67133" w:rsidRDefault="00CA2580">
            <w:r>
              <w:rPr>
                <w:b/>
                <w:color w:val="1A2E4A"/>
                <w:sz w:val="20"/>
              </w:rPr>
              <w:t>Version Number</w:t>
            </w:r>
          </w:p>
        </w:tc>
        <w:tc>
          <w:tcPr>
            <w:tcW w:w="4133" w:type="dxa"/>
          </w:tcPr>
          <w:p w14:paraId="11179235" w14:textId="77777777" w:rsidR="00C67133" w:rsidRDefault="00C67133"/>
        </w:tc>
      </w:tr>
    </w:tbl>
    <w:p w14:paraId="4137BE0C" w14:textId="77777777" w:rsidR="0078315F" w:rsidRDefault="0078315F"/>
    <w:sectPr w:rsidR="0078315F" w:rsidSect="00034616">
      <w:footerReference w:type="default" r:id="rId12"/>
      <w:pgSz w:w="12240" w:h="15840"/>
      <w:pgMar w:top="1417" w:right="1587" w:bottom="1417" w:left="158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4DA88" w14:textId="77777777" w:rsidR="00CA2580" w:rsidRDefault="00CA2580">
      <w:pPr>
        <w:spacing w:after="0" w:line="240" w:lineRule="auto"/>
      </w:pPr>
      <w:r>
        <w:separator/>
      </w:r>
    </w:p>
  </w:endnote>
  <w:endnote w:type="continuationSeparator" w:id="0">
    <w:p w14:paraId="76DCB335" w14:textId="77777777" w:rsidR="00CA2580" w:rsidRDefault="00CA25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539E6" w14:textId="77777777" w:rsidR="00C67133" w:rsidRDefault="00CA2580">
    <w:pPr>
      <w:pStyle w:val="Footer"/>
      <w:jc w:val="center"/>
    </w:pPr>
    <w:r>
      <w:rPr>
        <w:i/>
        <w:color w:val="4A4A4A"/>
        <w:sz w:val="16"/>
      </w:rPr>
      <w:t>© Employment with Amy 2026  |  All rights reserved  |  www.employmentwithamy.co.uk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3E115" w14:textId="77777777" w:rsidR="00CA2580" w:rsidRDefault="00CA2580">
      <w:pPr>
        <w:spacing w:after="0" w:line="240" w:lineRule="auto"/>
      </w:pPr>
      <w:r>
        <w:separator/>
      </w:r>
    </w:p>
  </w:footnote>
  <w:footnote w:type="continuationSeparator" w:id="0">
    <w:p w14:paraId="61C6A318" w14:textId="77777777" w:rsidR="00CA2580" w:rsidRDefault="00CA25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37597973">
    <w:abstractNumId w:val="8"/>
  </w:num>
  <w:num w:numId="2" w16cid:durableId="92018449">
    <w:abstractNumId w:val="6"/>
  </w:num>
  <w:num w:numId="3" w16cid:durableId="1230922625">
    <w:abstractNumId w:val="5"/>
  </w:num>
  <w:num w:numId="4" w16cid:durableId="2062171353">
    <w:abstractNumId w:val="4"/>
  </w:num>
  <w:num w:numId="5" w16cid:durableId="1349597203">
    <w:abstractNumId w:val="7"/>
  </w:num>
  <w:num w:numId="6" w16cid:durableId="1077558990">
    <w:abstractNumId w:val="3"/>
  </w:num>
  <w:num w:numId="7" w16cid:durableId="1618219465">
    <w:abstractNumId w:val="2"/>
  </w:num>
  <w:num w:numId="8" w16cid:durableId="1728602830">
    <w:abstractNumId w:val="1"/>
  </w:num>
  <w:num w:numId="9" w16cid:durableId="1796828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E5D72"/>
    <w:rsid w:val="0015074B"/>
    <w:rsid w:val="00273A60"/>
    <w:rsid w:val="0029639D"/>
    <w:rsid w:val="00326F90"/>
    <w:rsid w:val="00335736"/>
    <w:rsid w:val="006605D9"/>
    <w:rsid w:val="0078315F"/>
    <w:rsid w:val="00811E89"/>
    <w:rsid w:val="0098772C"/>
    <w:rsid w:val="00A9096B"/>
    <w:rsid w:val="00AA1D8D"/>
    <w:rsid w:val="00B47730"/>
    <w:rsid w:val="00B77F7F"/>
    <w:rsid w:val="00C67133"/>
    <w:rsid w:val="00CA2580"/>
    <w:rsid w:val="00CB0664"/>
    <w:rsid w:val="00CB30B6"/>
    <w:rsid w:val="00DF2B6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3198C8"/>
  <w14:defaultImageDpi w14:val="300"/>
  <w15:docId w15:val="{235E4A4A-7CA0-40C9-8657-B777BCAFD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FCEF76A3AF70F4C9A76185CC13AFD3F" ma:contentTypeVersion="3" ma:contentTypeDescription="Create a new document." ma:contentTypeScope="" ma:versionID="aee44287f4322a991382f0362afe6a16">
  <xsd:schema xmlns:xsd="http://www.w3.org/2001/XMLSchema" xmlns:xs="http://www.w3.org/2001/XMLSchema" xmlns:p="http://schemas.microsoft.com/office/2006/metadata/properties" xmlns:ns2="c3ea0934-42bc-4cfa-8412-7b3ff65883fe" targetNamespace="http://schemas.microsoft.com/office/2006/metadata/properties" ma:root="true" ma:fieldsID="806d1eb4bd7e63ec86c3a80199bd2b1b" ns2:_="">
    <xsd:import namespace="c3ea0934-42bc-4cfa-8412-7b3ff65883f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ea0934-42bc-4cfa-8412-7b3ff65883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4C2B82C7-D954-4643-81DC-22727AD862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ea0934-42bc-4cfa-8412-7b3ff65883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DD2BDA-0A5D-41AD-9F88-E60185C9F117}">
  <ds:schemaRefs>
    <ds:schemaRef ds:uri="http://schemas.microsoft.com/sharepoint/v3/contenttype/forms"/>
  </ds:schemaRefs>
</ds:datastoreItem>
</file>

<file path=customXml/itemProps4.xml><?xml version="1.0" encoding="utf-8"?>
<ds:datastoreItem xmlns:ds="http://schemas.openxmlformats.org/officeDocument/2006/customXml" ds:itemID="{C805CADB-6032-4170-B4D9-9FA5CB33D77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660</Words>
  <Characters>3763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Kate Squires</cp:lastModifiedBy>
  <cp:revision>2</cp:revision>
  <dcterms:created xsi:type="dcterms:W3CDTF">2026-07-08T17:14:00Z</dcterms:created>
  <dcterms:modified xsi:type="dcterms:W3CDTF">2026-07-08T17:14:00Z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ebaa4638-6dd7-4a2c-988a-a99a57f98776</vt:lpwstr>
  </property>
  <property fmtid="{D5CDD505-2E9C-101B-9397-08002B2CF9AE}" pid="3" name="ContentTypeId">
    <vt:lpwstr>0x010100FFCEF76A3AF70F4C9A76185CC13AFD3F</vt:lpwstr>
  </property>
</Properties>
</file>